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9ED0" w14:textId="77777777" w:rsidR="00805510" w:rsidRDefault="00FD4FCE" w:rsidP="0064351A">
      <w:pPr>
        <w:rPr>
          <w:rFonts w:cstheme="majorHAnsi"/>
        </w:rPr>
      </w:pPr>
      <w:r>
        <w:rPr>
          <w:noProof/>
          <w:lang w:val="nl-NL"/>
        </w:rPr>
        <w:drawing>
          <wp:anchor distT="0" distB="0" distL="114300" distR="114300" simplePos="0" relativeHeight="251659264" behindDoc="1" locked="0" layoutInCell="1" allowOverlap="1" wp14:anchorId="1884289B" wp14:editId="3EAD19E3">
            <wp:simplePos x="0" y="0"/>
            <wp:positionH relativeFrom="column">
              <wp:posOffset>4265930</wp:posOffset>
            </wp:positionH>
            <wp:positionV relativeFrom="paragraph">
              <wp:posOffset>-492125</wp:posOffset>
            </wp:positionV>
            <wp:extent cx="1953895" cy="1647825"/>
            <wp:effectExtent l="0" t="0" r="8255" b="0"/>
            <wp:wrapNone/>
            <wp:docPr id="14" name="Afbeelding 14" descr="Bears-In-Mind-POS-GB-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ars-In-Mind-POS-GB-V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6656B8" w14:textId="77777777" w:rsidR="00FB7772" w:rsidRPr="00FB7772" w:rsidRDefault="00FB7772" w:rsidP="00FB7772">
      <w:pPr>
        <w:tabs>
          <w:tab w:val="left" w:pos="-1440"/>
          <w:tab w:val="left" w:pos="-720"/>
        </w:tabs>
        <w:rPr>
          <w:rFonts w:ascii="Calibri" w:hAnsi="Calibri" w:cs="Calibri"/>
          <w:b/>
          <w:spacing w:val="-3"/>
          <w:sz w:val="28"/>
          <w:u w:val="single"/>
        </w:rPr>
      </w:pPr>
      <w:r w:rsidRPr="00FB7772">
        <w:rPr>
          <w:rFonts w:ascii="Calibri" w:hAnsi="Calibri" w:cs="Calibri"/>
          <w:b/>
          <w:spacing w:val="-3"/>
          <w:sz w:val="28"/>
          <w:u w:val="single"/>
        </w:rPr>
        <w:t xml:space="preserve">PROJECT PROPOSAL APPLICATION FORM </w:t>
      </w:r>
      <w:r w:rsidRPr="00FB7772">
        <w:rPr>
          <w:rFonts w:ascii="Calibri" w:hAnsi="Calibri" w:cs="Calibri"/>
          <w:b/>
          <w:spacing w:val="-3"/>
          <w:sz w:val="22"/>
        </w:rPr>
        <w:tab/>
      </w:r>
      <w:r w:rsidRPr="00FB7772">
        <w:rPr>
          <w:rFonts w:ascii="Calibri" w:hAnsi="Calibri" w:cs="Calibri"/>
          <w:b/>
          <w:spacing w:val="-3"/>
          <w:sz w:val="22"/>
        </w:rPr>
        <w:tab/>
      </w:r>
    </w:p>
    <w:p w14:paraId="2019C3C9" w14:textId="77777777" w:rsidR="00FB7772" w:rsidRPr="0000578F" w:rsidRDefault="00FB7772" w:rsidP="0000578F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00578F">
        <w:rPr>
          <w:rFonts w:asciiTheme="majorHAnsi" w:hAnsiTheme="majorHAnsi" w:cstheme="majorHAnsi"/>
          <w:b/>
          <w:bCs/>
          <w:color w:val="000000" w:themeColor="text1"/>
        </w:rPr>
        <w:t xml:space="preserve">Please read Appendix I first (last page of this document). </w:t>
      </w:r>
    </w:p>
    <w:p w14:paraId="1778C213" w14:textId="77777777" w:rsidR="00FB7772" w:rsidRPr="0000578F" w:rsidRDefault="00FB7772" w:rsidP="0000578F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00578F">
        <w:rPr>
          <w:rFonts w:asciiTheme="majorHAnsi" w:hAnsiTheme="majorHAnsi" w:cstheme="majorHAnsi"/>
          <w:b/>
          <w:bCs/>
          <w:color w:val="000000" w:themeColor="text1"/>
        </w:rPr>
        <w:t>Form must be submitted in English.</w:t>
      </w:r>
      <w:r w:rsidRPr="0000578F">
        <w:rPr>
          <w:rFonts w:asciiTheme="majorHAnsi" w:hAnsiTheme="majorHAnsi" w:cstheme="majorHAnsi"/>
          <w:b/>
          <w:bCs/>
          <w:color w:val="000000" w:themeColor="text1"/>
        </w:rPr>
        <w:tab/>
        <w:t xml:space="preserve"> </w:t>
      </w:r>
    </w:p>
    <w:p w14:paraId="0EBA1465" w14:textId="77777777" w:rsidR="00FB7772" w:rsidRPr="0000578F" w:rsidRDefault="00FB7772" w:rsidP="0000578F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Theme="majorHAnsi" w:hAnsiTheme="majorHAnsi" w:cstheme="majorHAnsi"/>
          <w:color w:val="000000" w:themeColor="text1"/>
        </w:rPr>
        <w:t xml:space="preserve">Internal Project Number (filled in by BEARS in MIND): </w:t>
      </w:r>
    </w:p>
    <w:p w14:paraId="13AD10BB" w14:textId="77777777" w:rsidR="006501E9" w:rsidRPr="006501E9" w:rsidRDefault="006501E9" w:rsidP="0064351A">
      <w:pPr>
        <w:rPr>
          <w:rFonts w:ascii="Calibri" w:eastAsia="Calibri" w:hAnsi="Calibri" w:cs="Calibri"/>
        </w:rPr>
      </w:pPr>
    </w:p>
    <w:p w14:paraId="6AE1DCF7" w14:textId="77777777" w:rsidR="000F2AA0" w:rsidRDefault="005F02F8" w:rsidP="0064351A">
      <w:pPr>
        <w:rPr>
          <w:rFonts w:ascii="Calibri" w:eastAsia="Calibri" w:hAnsi="Calibri" w:cs="Calibri"/>
          <w:b/>
          <w:bCs/>
          <w:color w:val="F79646" w:themeColor="accent6"/>
          <w:sz w:val="28"/>
          <w:szCs w:val="28"/>
        </w:rPr>
      </w:pPr>
      <w:bookmarkStart w:id="0" w:name="_Toc219802434"/>
      <w:r w:rsidRPr="0064351A">
        <w:rPr>
          <w:rFonts w:ascii="Calibri" w:eastAsia="Calibri" w:hAnsi="Calibri" w:cs="Calibri"/>
          <w:b/>
          <w:bCs/>
          <w:color w:val="F79646" w:themeColor="accent6"/>
          <w:sz w:val="28"/>
          <w:szCs w:val="28"/>
        </w:rPr>
        <w:t>PROJECT INFORMATION</w:t>
      </w:r>
      <w:bookmarkEnd w:id="0"/>
    </w:p>
    <w:p w14:paraId="75E6D82D" w14:textId="77777777" w:rsidR="00CC34D8" w:rsidRPr="00DC4CA4" w:rsidRDefault="00CC34D8" w:rsidP="0000578F">
      <w:pPr>
        <w:spacing w:before="240"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Project / Program Title:</w:t>
      </w:r>
    </w:p>
    <w:p w14:paraId="34003EA5" w14:textId="77777777" w:rsidR="00416904" w:rsidRPr="00DC4CA4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DC4CA4">
        <w:rPr>
          <w:rFonts w:asciiTheme="majorHAnsi" w:hAnsiTheme="majorHAnsi" w:cstheme="majorHAnsi"/>
          <w:b/>
          <w:bCs/>
          <w:color w:val="000000" w:themeColor="text1"/>
        </w:rPr>
        <w:t xml:space="preserve">Date of application: </w:t>
      </w:r>
    </w:p>
    <w:p w14:paraId="08700302" w14:textId="77777777" w:rsidR="00416904" w:rsidRPr="00DC4CA4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DC4CA4">
        <w:rPr>
          <w:rFonts w:asciiTheme="majorHAnsi" w:hAnsiTheme="majorHAnsi" w:cstheme="majorHAnsi"/>
          <w:b/>
          <w:bCs/>
          <w:color w:val="000000" w:themeColor="text1"/>
        </w:rPr>
        <w:t xml:space="preserve">Main research group/ institution/ organization: </w:t>
      </w:r>
    </w:p>
    <w:p w14:paraId="4C3006A5" w14:textId="77777777" w:rsidR="00416904" w:rsidRPr="00DC4CA4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DC4CA4">
        <w:rPr>
          <w:rFonts w:asciiTheme="majorHAnsi" w:hAnsiTheme="majorHAnsi" w:cstheme="majorHAnsi"/>
          <w:b/>
          <w:bCs/>
          <w:color w:val="000000" w:themeColor="text1"/>
        </w:rPr>
        <w:t xml:space="preserve">Contact person/ project leader: </w:t>
      </w:r>
    </w:p>
    <w:p w14:paraId="697BB424" w14:textId="77777777" w:rsidR="00416904" w:rsidRPr="00DC4CA4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DC4CA4">
        <w:rPr>
          <w:rFonts w:asciiTheme="majorHAnsi" w:hAnsiTheme="majorHAnsi" w:cstheme="majorHAnsi"/>
          <w:b/>
          <w:bCs/>
          <w:color w:val="000000" w:themeColor="text1"/>
        </w:rPr>
        <w:t>Address (incl. e-mail):</w:t>
      </w:r>
    </w:p>
    <w:p w14:paraId="49BABEDD" w14:textId="77777777" w:rsidR="00625635" w:rsidRPr="0000578F" w:rsidRDefault="00416904" w:rsidP="0000578F">
      <w:pPr>
        <w:spacing w:line="360" w:lineRule="auto"/>
        <w:ind w:right="-567"/>
        <w:rPr>
          <w:rFonts w:asciiTheme="majorHAnsi" w:hAnsiTheme="majorHAnsi" w:cstheme="majorHAnsi"/>
          <w:b/>
          <w:bCs/>
          <w:color w:val="000000" w:themeColor="text1"/>
        </w:rPr>
      </w:pPr>
      <w:r w:rsidRPr="0000578F">
        <w:rPr>
          <w:rFonts w:asciiTheme="majorHAnsi" w:hAnsiTheme="majorHAnsi" w:cstheme="majorHAnsi"/>
          <w:b/>
          <w:bCs/>
          <w:color w:val="000000" w:themeColor="text1"/>
        </w:rPr>
        <w:t xml:space="preserve">Project Location </w:t>
      </w:r>
      <w:r w:rsidRPr="0000578F">
        <w:rPr>
          <w:rFonts w:asciiTheme="majorHAnsi" w:hAnsiTheme="majorHAnsi" w:cstheme="majorHAnsi"/>
          <w:color w:val="000000" w:themeColor="text1"/>
        </w:rPr>
        <w:t>(Country, Region):</w:t>
      </w:r>
      <w:r w:rsidR="00EE654F" w:rsidRPr="0000578F">
        <w:rPr>
          <w:rFonts w:asciiTheme="majorHAnsi" w:hAnsiTheme="majorHAnsi" w:cstheme="majorHAnsi"/>
          <w:color w:val="000000" w:themeColor="text1"/>
        </w:rPr>
        <w:t xml:space="preserve"> If available, applicants may include a map of the project area as an annex.</w:t>
      </w:r>
    </w:p>
    <w:p w14:paraId="1C3912CF" w14:textId="000B3C09" w:rsidR="00FE7130" w:rsidRPr="00611DBF" w:rsidRDefault="00FE7130" w:rsidP="00FE7130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  <w:lang w:val="nl-NL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Target species (if applicable)</w:t>
      </w:r>
      <w:r w:rsidR="00611DBF">
        <w:rPr>
          <w:rFonts w:asciiTheme="majorHAnsi" w:hAnsiTheme="majorHAnsi" w:cstheme="majorHAnsi"/>
          <w:b/>
          <w:bCs/>
          <w:color w:val="000000" w:themeColor="text1"/>
          <w:lang w:val="nl-NL"/>
        </w:rPr>
        <w:t>:</w:t>
      </w:r>
    </w:p>
    <w:tbl>
      <w:tblPr>
        <w:tblStyle w:val="GridTable4-Accent6"/>
        <w:tblW w:w="8926" w:type="dxa"/>
        <w:tblLook w:val="04A0" w:firstRow="1" w:lastRow="0" w:firstColumn="1" w:lastColumn="0" w:noHBand="0" w:noVBand="1"/>
      </w:tblPr>
      <w:tblGrid>
        <w:gridCol w:w="2830"/>
        <w:gridCol w:w="3119"/>
        <w:gridCol w:w="2977"/>
      </w:tblGrid>
      <w:tr w:rsidR="00FE7130" w14:paraId="1282D8AB" w14:textId="77777777" w:rsidTr="003B6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hideMark/>
          </w:tcPr>
          <w:p w14:paraId="54933F9A" w14:textId="77777777" w:rsidR="00FE7130" w:rsidRDefault="00FE7130" w:rsidP="003B6ECF">
            <w:pPr>
              <w:jc w:val="center"/>
              <w:rPr>
                <w:color w:val="auto"/>
              </w:rPr>
            </w:pPr>
            <w:r>
              <w:rPr>
                <w:b w:val="0"/>
                <w:bCs w:val="0"/>
              </w:rPr>
              <w:t>Scientific name</w:t>
            </w:r>
          </w:p>
        </w:tc>
        <w:tc>
          <w:tcPr>
            <w:tcW w:w="3119" w:type="dxa"/>
            <w:hideMark/>
          </w:tcPr>
          <w:p w14:paraId="2FFBDDD3" w14:textId="77777777" w:rsidR="00FE7130" w:rsidRDefault="00FE7130" w:rsidP="003B6E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Common name</w:t>
            </w:r>
          </w:p>
        </w:tc>
        <w:tc>
          <w:tcPr>
            <w:tcW w:w="2977" w:type="dxa"/>
            <w:hideMark/>
          </w:tcPr>
          <w:p w14:paraId="6C79AA30" w14:textId="77777777" w:rsidR="00FE7130" w:rsidRDefault="00FE7130" w:rsidP="003B6E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Conservation status</w:t>
            </w:r>
          </w:p>
        </w:tc>
      </w:tr>
      <w:tr w:rsidR="00FE7130" w:rsidRPr="00625635" w14:paraId="44E1A707" w14:textId="77777777" w:rsidTr="003B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0BEDAE2" w14:textId="77777777" w:rsidR="00FE7130" w:rsidRPr="00625635" w:rsidRDefault="00FE7130" w:rsidP="003B6ECF">
            <w:pPr>
              <w:spacing w:line="36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3119" w:type="dxa"/>
          </w:tcPr>
          <w:p w14:paraId="74DFE3DE" w14:textId="77777777" w:rsidR="00FE7130" w:rsidRPr="00625635" w:rsidRDefault="00FE7130" w:rsidP="003B6EC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2977" w:type="dxa"/>
          </w:tcPr>
          <w:p w14:paraId="4C35BEB3" w14:textId="77777777" w:rsidR="00FE7130" w:rsidRPr="00625635" w:rsidRDefault="00FE7130" w:rsidP="003B6EC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</w:tbl>
    <w:p w14:paraId="1FD194C2" w14:textId="77777777" w:rsidR="00416904" w:rsidRPr="00625635" w:rsidRDefault="00416904" w:rsidP="0000578F">
      <w:pPr>
        <w:spacing w:before="120"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Project Duration:</w:t>
      </w:r>
    </w:p>
    <w:p w14:paraId="46448874" w14:textId="77777777" w:rsidR="00416904" w:rsidRPr="00625635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Total Budget (EUR):</w:t>
      </w:r>
    </w:p>
    <w:p w14:paraId="4E33A9E6" w14:textId="77777777" w:rsidR="00416904" w:rsidRPr="00625635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Amount Requested from Bears in Mind (EUR):</w:t>
      </w:r>
    </w:p>
    <w:p w14:paraId="2F09BBA4" w14:textId="77777777" w:rsidR="00416904" w:rsidRPr="00625635" w:rsidRDefault="00416904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Other Funding Sources (if applicable):</w:t>
      </w:r>
    </w:p>
    <w:p w14:paraId="23704950" w14:textId="77777777" w:rsidR="00CC34D8" w:rsidRPr="00625635" w:rsidRDefault="00CC34D8" w:rsidP="00DC4CA4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625635">
        <w:rPr>
          <w:rFonts w:asciiTheme="majorHAnsi" w:hAnsiTheme="majorHAnsi" w:cstheme="majorHAnsi"/>
          <w:b/>
          <w:bCs/>
          <w:color w:val="000000" w:themeColor="text1"/>
        </w:rPr>
        <w:t>Project Type (tick):</w:t>
      </w:r>
    </w:p>
    <w:p w14:paraId="25B94786" w14:textId="77777777" w:rsidR="00CC34D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Conservation</w:t>
      </w:r>
    </w:p>
    <w:p w14:paraId="4FF9A1C4" w14:textId="77777777" w:rsidR="00CC34D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Research</w:t>
      </w:r>
    </w:p>
    <w:p w14:paraId="36BFBDFC" w14:textId="77777777" w:rsidR="00CC34D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Human–Bear Coexistence</w:t>
      </w:r>
    </w:p>
    <w:p w14:paraId="74E847F5" w14:textId="77777777" w:rsidR="00CC34D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Education / Awareness</w:t>
      </w:r>
    </w:p>
    <w:p w14:paraId="0E1D72ED" w14:textId="77777777" w:rsidR="00CC34D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Capacity Building</w:t>
      </w:r>
    </w:p>
    <w:p w14:paraId="1ACE9763" w14:textId="77777777" w:rsidR="005F02F8" w:rsidRPr="0000578F" w:rsidRDefault="00CC34D8" w:rsidP="0000578F">
      <w:pPr>
        <w:spacing w:line="360" w:lineRule="auto"/>
        <w:ind w:right="-567"/>
        <w:rPr>
          <w:rFonts w:asciiTheme="majorHAnsi" w:hAnsiTheme="majorHAnsi" w:cstheme="majorHAnsi"/>
          <w:color w:val="000000" w:themeColor="text1"/>
        </w:rPr>
      </w:pPr>
      <w:r w:rsidRPr="0000578F">
        <w:rPr>
          <w:rFonts w:ascii="Segoe UI Symbol" w:hAnsi="Segoe UI Symbol" w:cs="Segoe UI Symbol"/>
          <w:color w:val="000000" w:themeColor="text1"/>
        </w:rPr>
        <w:t>☐</w:t>
      </w:r>
      <w:r w:rsidRPr="0000578F">
        <w:rPr>
          <w:rFonts w:asciiTheme="majorHAnsi" w:hAnsiTheme="majorHAnsi" w:cstheme="majorHAnsi"/>
          <w:color w:val="000000" w:themeColor="text1"/>
        </w:rPr>
        <w:t xml:space="preserve"> Other:</w:t>
      </w:r>
    </w:p>
    <w:bookmarkStart w:id="1" w:name="_Toc219802435" w:displacedByCustomXml="next"/>
    <w:sdt>
      <w:sdtPr>
        <w:rPr>
          <w:rFonts w:asciiTheme="minorHAnsi" w:eastAsiaTheme="minorEastAsia" w:hAnsiTheme="minorHAnsi" w:cstheme="majorHAnsi"/>
          <w:b w:val="0"/>
          <w:bCs w:val="0"/>
          <w:color w:val="auto"/>
          <w:sz w:val="22"/>
          <w:szCs w:val="22"/>
        </w:rPr>
        <w:id w:val="-116917278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noProof/>
          <w:sz w:val="24"/>
          <w:szCs w:val="24"/>
        </w:rPr>
      </w:sdtEndPr>
      <w:sdtContent>
        <w:p w14:paraId="029267AB" w14:textId="77777777" w:rsidR="0064351A" w:rsidRPr="00BB700E" w:rsidRDefault="0064351A">
          <w:pPr>
            <w:pStyle w:val="TOCHeading"/>
            <w:rPr>
              <w:rFonts w:cstheme="majorHAnsi"/>
              <w:color w:val="F79646" w:themeColor="accent6"/>
            </w:rPr>
          </w:pPr>
          <w:r w:rsidRPr="00BB700E">
            <w:rPr>
              <w:rFonts w:cstheme="majorHAnsi"/>
              <w:color w:val="F79646" w:themeColor="accent6"/>
            </w:rPr>
            <w:t>Table of Contents</w:t>
          </w:r>
        </w:p>
        <w:p w14:paraId="403E4549" w14:textId="0032E285" w:rsidR="00A574DD" w:rsidRDefault="0064351A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r w:rsidRPr="00BB700E">
            <w:rPr>
              <w:rFonts w:asciiTheme="majorHAnsi" w:hAnsiTheme="majorHAnsi" w:cstheme="majorHAnsi"/>
              <w:b w:val="0"/>
              <w:bCs w:val="0"/>
            </w:rPr>
            <w:fldChar w:fldCharType="begin"/>
          </w:r>
          <w:r w:rsidRPr="00BB700E">
            <w:rPr>
              <w:rFonts w:asciiTheme="majorHAnsi" w:hAnsiTheme="majorHAnsi" w:cstheme="majorHAnsi"/>
            </w:rPr>
            <w:instrText xml:space="preserve"> TOC \o "1-3" \h \z \u </w:instrText>
          </w:r>
          <w:r w:rsidRPr="00BB700E">
            <w:rPr>
              <w:rFonts w:asciiTheme="majorHAnsi" w:hAnsiTheme="majorHAnsi" w:cstheme="majorHAnsi"/>
              <w:b w:val="0"/>
              <w:bCs w:val="0"/>
            </w:rPr>
            <w:fldChar w:fldCharType="separate"/>
          </w:r>
          <w:hyperlink w:anchor="_Toc238125636" w:history="1">
            <w:r w:rsidR="00A574DD" w:rsidRPr="009D5E15">
              <w:rPr>
                <w:rStyle w:val="Hyperlink"/>
                <w:rFonts w:cstheme="majorHAnsi"/>
                <w:noProof/>
              </w:rPr>
              <w:t>1. EXECUTIVE SUMMARY (max. 500 words)</w:t>
            </w:r>
            <w:r w:rsidR="00A574DD">
              <w:rPr>
                <w:noProof/>
                <w:webHidden/>
              </w:rPr>
              <w:tab/>
            </w:r>
            <w:r w:rsidR="00A574DD">
              <w:rPr>
                <w:noProof/>
                <w:webHidden/>
              </w:rPr>
              <w:fldChar w:fldCharType="begin"/>
            </w:r>
            <w:r w:rsidR="00A574DD">
              <w:rPr>
                <w:noProof/>
                <w:webHidden/>
              </w:rPr>
              <w:instrText xml:space="preserve"> PAGEREF _Toc238125636 \h </w:instrText>
            </w:r>
            <w:r w:rsidR="00A574DD">
              <w:rPr>
                <w:noProof/>
                <w:webHidden/>
              </w:rPr>
            </w:r>
            <w:r w:rsidR="00A574DD">
              <w:rPr>
                <w:noProof/>
                <w:webHidden/>
              </w:rPr>
              <w:fldChar w:fldCharType="separate"/>
            </w:r>
            <w:r w:rsidR="00A574DD">
              <w:rPr>
                <w:noProof/>
                <w:webHidden/>
              </w:rPr>
              <w:t>3</w:t>
            </w:r>
            <w:r w:rsidR="00A574DD">
              <w:rPr>
                <w:noProof/>
                <w:webHidden/>
              </w:rPr>
              <w:fldChar w:fldCharType="end"/>
            </w:r>
          </w:hyperlink>
        </w:p>
        <w:p w14:paraId="2FF4DD4F" w14:textId="269656F4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37" w:history="1">
            <w:r w:rsidRPr="009D5E15">
              <w:rPr>
                <w:rStyle w:val="Hyperlink"/>
                <w:rFonts w:cstheme="majorHAnsi"/>
                <w:noProof/>
              </w:rPr>
              <w:t>2. PROJECT OVERVIEW &amp; JUSTIFICATION (max. 2,000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AE6BB" w14:textId="42A46765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38" w:history="1">
            <w:r w:rsidRPr="009D5E15">
              <w:rPr>
                <w:rStyle w:val="Hyperlink"/>
                <w:rFonts w:cstheme="majorHAnsi"/>
                <w:noProof/>
              </w:rPr>
              <w:t>2.1 Conservation Context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27543" w14:textId="26862D15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39" w:history="1">
            <w:r w:rsidRPr="009D5E15">
              <w:rPr>
                <w:rStyle w:val="Hyperlink"/>
                <w:rFonts w:cstheme="majorHAnsi"/>
                <w:noProof/>
              </w:rPr>
              <w:t>2.2 Project Rationale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989AC" w14:textId="2E3029BD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0" w:history="1">
            <w:r w:rsidRPr="009D5E15">
              <w:rPr>
                <w:rStyle w:val="Hyperlink"/>
                <w:rFonts w:cstheme="majorHAnsi"/>
                <w:noProof/>
              </w:rPr>
              <w:t>3. PROJECT GOAL &amp; OBJECTIVES (max. 2,000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3488D" w14:textId="7A905CC3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1" w:history="1">
            <w:r w:rsidRPr="009D5E15">
              <w:rPr>
                <w:rStyle w:val="Hyperlink"/>
                <w:rFonts w:cstheme="majorHAnsi"/>
                <w:noProof/>
              </w:rPr>
              <w:t>3.1 Overall Project 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3247C" w14:textId="2E5C488F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2" w:history="1">
            <w:r w:rsidRPr="009D5E15">
              <w:rPr>
                <w:rStyle w:val="Hyperlink"/>
                <w:rFonts w:cstheme="majorHAnsi"/>
                <w:noProof/>
              </w:rPr>
              <w:t>3.2 Project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B8C06" w14:textId="4A7264D3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3" w:history="1">
            <w:r w:rsidRPr="009D5E15">
              <w:rPr>
                <w:rStyle w:val="Hyperlink"/>
                <w:rFonts w:cstheme="majorHAnsi"/>
                <w:noProof/>
              </w:rPr>
              <w:t>4. PROJECT ACTIVITIES &amp; IMPLEMENTATION (max. 2,000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7C05B" w14:textId="19066093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4" w:history="1">
            <w:r w:rsidRPr="009D5E15">
              <w:rPr>
                <w:rStyle w:val="Hyperlink"/>
                <w:rFonts w:cstheme="majorHAnsi"/>
                <w:noProof/>
              </w:rPr>
              <w:t>4.1 TIME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B5EC5" w14:textId="1CEFB162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5" w:history="1">
            <w:r w:rsidRPr="009D5E15">
              <w:rPr>
                <w:rStyle w:val="Hyperlink"/>
                <w:rFonts w:cstheme="majorHAnsi"/>
                <w:noProof/>
              </w:rPr>
              <w:t>5. EXPECTED RESULTS</w:t>
            </w:r>
            <w:r w:rsidRPr="009D5E15">
              <w:rPr>
                <w:rStyle w:val="Hyperlink"/>
                <w:rFonts w:cstheme="majorHAnsi"/>
                <w:noProof/>
                <w:lang w:val="nl-NL"/>
              </w:rPr>
              <w:t xml:space="preserve"> </w:t>
            </w:r>
            <w:r w:rsidRPr="009D5E15">
              <w:rPr>
                <w:rStyle w:val="Hyperlink"/>
                <w:rFonts w:cstheme="majorHAnsi"/>
                <w:noProof/>
              </w:rPr>
              <w:t xml:space="preserve">(max. </w:t>
            </w:r>
            <w:r w:rsidRPr="009D5E15">
              <w:rPr>
                <w:rStyle w:val="Hyperlink"/>
                <w:rFonts w:cstheme="majorHAnsi"/>
                <w:noProof/>
                <w:lang w:val="nl-NL"/>
              </w:rPr>
              <w:t>5</w:t>
            </w:r>
            <w:r w:rsidRPr="009D5E15">
              <w:rPr>
                <w:rStyle w:val="Hyperlink"/>
                <w:rFonts w:cstheme="majorHAnsi"/>
                <w:noProof/>
              </w:rPr>
              <w:t>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F5AC6" w14:textId="4203DBE5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6" w:history="1">
            <w:r w:rsidRPr="009D5E15">
              <w:rPr>
                <w:rStyle w:val="Hyperlink"/>
                <w:rFonts w:cstheme="majorHAnsi"/>
                <w:noProof/>
              </w:rPr>
              <w:t>5.1 Expected Outputs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A220A" w14:textId="0D2083E7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7" w:history="1">
            <w:r w:rsidRPr="009D5E15">
              <w:rPr>
                <w:rStyle w:val="Hyperlink"/>
                <w:rFonts w:cstheme="majorHAnsi"/>
                <w:noProof/>
              </w:rPr>
              <w:t>5.2 Expected Outcomes &amp; 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8B7BD" w14:textId="0DDDD8E0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8" w:history="1">
            <w:r w:rsidRPr="009D5E15">
              <w:rPr>
                <w:rStyle w:val="Hyperlink"/>
                <w:rFonts w:cstheme="majorHAnsi"/>
                <w:noProof/>
              </w:rPr>
              <w:t>6. INDICATORS &amp;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DD343" w14:textId="2D3C230D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49" w:history="1">
            <w:r w:rsidRPr="009D5E15">
              <w:rPr>
                <w:rStyle w:val="Hyperlink"/>
                <w:rFonts w:cstheme="majorHAnsi"/>
                <w:noProof/>
              </w:rPr>
              <w:t>7. PROJECT TEAM &amp; PARTNERS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E5FB8" w14:textId="23FC54FC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0" w:history="1">
            <w:r w:rsidRPr="009D5E15">
              <w:rPr>
                <w:rStyle w:val="Hyperlink"/>
                <w:rFonts w:cstheme="majorHAnsi"/>
                <w:noProof/>
              </w:rPr>
              <w:t>8. LONG</w:t>
            </w:r>
            <w:r w:rsidRPr="009D5E15">
              <w:rPr>
                <w:rStyle w:val="Hyperlink"/>
                <w:rFonts w:ascii="Cambria Math" w:hAnsi="Cambria Math" w:cs="Cambria Math"/>
                <w:noProof/>
              </w:rPr>
              <w:t>‑</w:t>
            </w:r>
            <w:r w:rsidRPr="009D5E15">
              <w:rPr>
                <w:rStyle w:val="Hyperlink"/>
                <w:rFonts w:cstheme="majorHAnsi"/>
                <w:noProof/>
              </w:rPr>
              <w:t>TERM IMPACT (max. 200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B0064" w14:textId="3414857D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1" w:history="1">
            <w:r w:rsidRPr="009D5E15">
              <w:rPr>
                <w:rStyle w:val="Hyperlink"/>
                <w:rFonts w:cstheme="majorHAnsi"/>
                <w:noProof/>
              </w:rPr>
              <w:t>9. RISKS &amp; MITIGATION (max. 200 words)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AE168" w14:textId="66CDA707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2" w:history="1">
            <w:r w:rsidRPr="009D5E15">
              <w:rPr>
                <w:rStyle w:val="Hyperlink"/>
                <w:rFonts w:cstheme="majorHAnsi"/>
                <w:noProof/>
              </w:rPr>
              <w:t>10. FINANCIAL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62DF8" w14:textId="29842F6C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3" w:history="1">
            <w:r w:rsidRPr="009D5E15">
              <w:rPr>
                <w:rStyle w:val="Hyperlink"/>
                <w:rFonts w:cstheme="majorHAnsi"/>
                <w:noProof/>
              </w:rPr>
              <w:t>10.1 Funding Requested from Bears in Mind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E5F1B" w14:textId="032BE510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4" w:history="1">
            <w:r w:rsidRPr="009D5E15">
              <w:rPr>
                <w:rStyle w:val="Hyperlink"/>
                <w:rFonts w:cstheme="majorHAnsi"/>
                <w:noProof/>
              </w:rPr>
              <w:t>10.2 Financial Overview Table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36ABE" w14:textId="6DEE8943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5" w:history="1">
            <w:r w:rsidRPr="009D5E15">
              <w:rPr>
                <w:rStyle w:val="Hyperlink"/>
                <w:rFonts w:cstheme="majorHAnsi"/>
                <w:noProof/>
              </w:rPr>
              <w:t>10.3 Other Funding Sources (if applicable)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2F65C" w14:textId="7D9F1984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6" w:history="1">
            <w:r w:rsidRPr="009D5E15">
              <w:rPr>
                <w:rStyle w:val="Hyperlink"/>
                <w:rFonts w:cstheme="majorHAnsi"/>
                <w:noProof/>
              </w:rPr>
              <w:t>10.4 Financial feasibility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1DA4C" w14:textId="12A0928E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7" w:history="1">
            <w:r w:rsidRPr="009D5E15">
              <w:rPr>
                <w:rStyle w:val="Hyperlink"/>
                <w:rFonts w:cstheme="majorHAnsi"/>
                <w:noProof/>
              </w:rPr>
              <w:t>11. ETHICS &amp; PERMITS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07C42" w14:textId="1EE181D1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8" w:history="1">
            <w:r w:rsidRPr="009D5E15">
              <w:rPr>
                <w:rStyle w:val="Hyperlink"/>
                <w:rFonts w:cstheme="majorHAnsi"/>
                <w:noProof/>
              </w:rPr>
              <w:t>12.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BEA7D" w14:textId="0222818B" w:rsidR="00A574DD" w:rsidRDefault="00A574DD">
          <w:pPr>
            <w:pStyle w:val="TOC2"/>
            <w:tabs>
              <w:tab w:val="right" w:leader="dot" w:pos="863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Cs w:val="24"/>
              <w:lang w:val="nl-NL" w:eastAsia="nl-NL"/>
              <w14:ligatures w14:val="standardContextual"/>
            </w:rPr>
          </w:pPr>
          <w:hyperlink w:anchor="_Toc238125659" w:history="1">
            <w:r w:rsidRPr="009D5E15">
              <w:rPr>
                <w:rStyle w:val="Hyperlink"/>
                <w:rFonts w:cstheme="majorHAnsi"/>
                <w:noProof/>
              </w:rPr>
              <w:t>13. REQUIRED ATTACHMENTS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_Toc238125659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415BA" w14:textId="0FEF7037" w:rsidR="0064351A" w:rsidRPr="00BB700E" w:rsidRDefault="0064351A">
          <w:pPr>
            <w:rPr>
              <w:rFonts w:asciiTheme="majorHAnsi" w:hAnsiTheme="majorHAnsi" w:cstheme="majorHAnsi"/>
            </w:rPr>
          </w:pPr>
          <w:r w:rsidRPr="00BB700E">
            <w:rPr>
              <w:rFonts w:asciiTheme="majorHAnsi" w:hAnsiTheme="majorHAnsi" w:cstheme="majorHAnsi"/>
              <w:b/>
              <w:bCs/>
              <w:noProof/>
            </w:rPr>
            <w:fldChar w:fldCharType="end"/>
          </w:r>
        </w:p>
      </w:sdtContent>
    </w:sdt>
    <w:p w14:paraId="4AE2777B" w14:textId="77777777" w:rsidR="00E13668" w:rsidRPr="00BB700E" w:rsidRDefault="00E13668" w:rsidP="003C746B">
      <w:pPr>
        <w:pStyle w:val="Heading2"/>
        <w:ind w:left="-567" w:right="-567"/>
        <w:rPr>
          <w:rFonts w:cstheme="majorHAnsi"/>
          <w:color w:val="F79646" w:themeColor="accent6"/>
        </w:rPr>
      </w:pPr>
      <w:r w:rsidRPr="00BB700E">
        <w:rPr>
          <w:rFonts w:cstheme="majorHAnsi"/>
          <w:color w:val="F79646" w:themeColor="accent6"/>
        </w:rPr>
        <w:br w:type="page"/>
      </w:r>
    </w:p>
    <w:p w14:paraId="6D0E8DB6" w14:textId="6F355CEC" w:rsidR="00684C2E" w:rsidRPr="00822843" w:rsidRDefault="005F02F8" w:rsidP="003C746B">
      <w:pPr>
        <w:pStyle w:val="Heading2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2" w:name="_Toc238125636"/>
      <w:r w:rsidRPr="00822843">
        <w:rPr>
          <w:rFonts w:cstheme="majorHAnsi"/>
          <w:color w:val="E36C0A" w:themeColor="accent6" w:themeShade="BF"/>
          <w:sz w:val="28"/>
          <w:szCs w:val="28"/>
        </w:rPr>
        <w:lastRenderedPageBreak/>
        <w:t xml:space="preserve">1. </w:t>
      </w:r>
      <w:r w:rsidR="00684C2E" w:rsidRPr="00822843">
        <w:rPr>
          <w:rFonts w:cstheme="majorHAnsi"/>
          <w:color w:val="E36C0A" w:themeColor="accent6" w:themeShade="BF"/>
          <w:sz w:val="28"/>
          <w:szCs w:val="28"/>
        </w:rPr>
        <w:t xml:space="preserve">EXECUTIVE SUMMARY </w:t>
      </w:r>
      <w:r w:rsidR="00CC34D8" w:rsidRPr="00822843">
        <w:rPr>
          <w:rFonts w:cstheme="majorHAnsi"/>
          <w:color w:val="E36C0A" w:themeColor="accent6" w:themeShade="BF"/>
          <w:sz w:val="28"/>
          <w:szCs w:val="28"/>
        </w:rPr>
        <w:t xml:space="preserve">(max. </w:t>
      </w:r>
      <w:r w:rsidR="009B1CDE" w:rsidRPr="00822843">
        <w:rPr>
          <w:rFonts w:cstheme="majorHAnsi"/>
          <w:color w:val="E36C0A" w:themeColor="accent6" w:themeShade="BF"/>
          <w:sz w:val="28"/>
          <w:szCs w:val="28"/>
        </w:rPr>
        <w:t>5</w:t>
      </w:r>
      <w:r w:rsidR="00CC34D8" w:rsidRPr="00822843">
        <w:rPr>
          <w:rFonts w:cstheme="majorHAnsi"/>
          <w:color w:val="E36C0A" w:themeColor="accent6" w:themeShade="BF"/>
          <w:sz w:val="28"/>
          <w:szCs w:val="28"/>
        </w:rPr>
        <w:t>00 words)</w:t>
      </w:r>
      <w:bookmarkEnd w:id="2"/>
    </w:p>
    <w:p w14:paraId="625F6BC3" w14:textId="77777777" w:rsidR="00CC34D8" w:rsidRPr="0000578F" w:rsidRDefault="00CC34D8" w:rsidP="00CC34D8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Provide a concise overview of the proposed project:</w:t>
      </w:r>
    </w:p>
    <w:p w14:paraId="01B6005E" w14:textId="77777777" w:rsidR="00CC34D8" w:rsidRPr="009B1CDE" w:rsidRDefault="00CC34D8" w:rsidP="009B1CDE">
      <w:pPr>
        <w:pStyle w:val="ListParagraph"/>
        <w:numPr>
          <w:ilvl w:val="0"/>
          <w:numId w:val="20"/>
        </w:numPr>
        <w:ind w:right="-567"/>
        <w:rPr>
          <w:rFonts w:asciiTheme="majorHAnsi" w:hAnsiTheme="majorHAnsi" w:cstheme="majorHAnsi"/>
          <w:iCs/>
          <w:color w:val="000000" w:themeColor="text1"/>
        </w:rPr>
      </w:pPr>
      <w:r w:rsidRPr="009B1CDE">
        <w:rPr>
          <w:rFonts w:asciiTheme="majorHAnsi" w:hAnsiTheme="majorHAnsi" w:cstheme="majorHAnsi"/>
          <w:iCs/>
          <w:color w:val="000000" w:themeColor="text1"/>
        </w:rPr>
        <w:t>Conservation issue addressed</w:t>
      </w:r>
    </w:p>
    <w:p w14:paraId="3E38D889" w14:textId="77777777" w:rsidR="00CC34D8" w:rsidRPr="009B1CDE" w:rsidRDefault="00CC34D8" w:rsidP="009B1CDE">
      <w:pPr>
        <w:pStyle w:val="ListParagraph"/>
        <w:numPr>
          <w:ilvl w:val="0"/>
          <w:numId w:val="20"/>
        </w:numPr>
        <w:ind w:right="-567"/>
        <w:rPr>
          <w:rFonts w:asciiTheme="majorHAnsi" w:hAnsiTheme="majorHAnsi" w:cstheme="majorHAnsi"/>
          <w:iCs/>
          <w:color w:val="000000" w:themeColor="text1"/>
        </w:rPr>
      </w:pPr>
      <w:r w:rsidRPr="009B1CDE">
        <w:rPr>
          <w:rFonts w:asciiTheme="majorHAnsi" w:hAnsiTheme="majorHAnsi" w:cstheme="majorHAnsi"/>
          <w:iCs/>
          <w:color w:val="000000" w:themeColor="text1"/>
        </w:rPr>
        <w:t>Main activities</w:t>
      </w:r>
    </w:p>
    <w:p w14:paraId="25D7D711" w14:textId="77777777" w:rsidR="00CC34D8" w:rsidRPr="009B1CDE" w:rsidRDefault="00CC34D8" w:rsidP="009B1CDE">
      <w:pPr>
        <w:pStyle w:val="ListParagraph"/>
        <w:numPr>
          <w:ilvl w:val="0"/>
          <w:numId w:val="20"/>
        </w:numPr>
        <w:ind w:right="-567"/>
        <w:rPr>
          <w:rFonts w:asciiTheme="majorHAnsi" w:hAnsiTheme="majorHAnsi" w:cstheme="majorHAnsi"/>
          <w:iCs/>
          <w:color w:val="000000" w:themeColor="text1"/>
        </w:rPr>
      </w:pPr>
      <w:r w:rsidRPr="009B1CDE">
        <w:rPr>
          <w:rFonts w:asciiTheme="majorHAnsi" w:hAnsiTheme="majorHAnsi" w:cstheme="majorHAnsi"/>
          <w:iCs/>
          <w:color w:val="000000" w:themeColor="text1"/>
        </w:rPr>
        <w:t>Expected outcomes</w:t>
      </w:r>
    </w:p>
    <w:p w14:paraId="646262BE" w14:textId="77777777" w:rsidR="00CC34D8" w:rsidRPr="009B1CDE" w:rsidRDefault="00CC34D8" w:rsidP="009B1CDE">
      <w:pPr>
        <w:pStyle w:val="ListParagraph"/>
        <w:numPr>
          <w:ilvl w:val="0"/>
          <w:numId w:val="20"/>
        </w:numPr>
        <w:ind w:right="-567"/>
        <w:rPr>
          <w:rFonts w:asciiTheme="majorHAnsi" w:hAnsiTheme="majorHAnsi" w:cstheme="majorHAnsi"/>
          <w:iCs/>
          <w:color w:val="000000" w:themeColor="text1"/>
        </w:rPr>
      </w:pPr>
      <w:r w:rsidRPr="009B1CDE">
        <w:rPr>
          <w:rFonts w:asciiTheme="majorHAnsi" w:hAnsiTheme="majorHAnsi" w:cstheme="majorHAnsi"/>
          <w:iCs/>
          <w:color w:val="000000" w:themeColor="text1"/>
        </w:rPr>
        <w:t>Relevance for bear conservation</w:t>
      </w:r>
    </w:p>
    <w:p w14:paraId="5009098E" w14:textId="432BF98F" w:rsidR="00AC593C" w:rsidRPr="00822843" w:rsidRDefault="004520DD" w:rsidP="00DE4AF2">
      <w:pPr>
        <w:pStyle w:val="Heading2"/>
        <w:spacing w:before="480"/>
        <w:ind w:left="-567" w:right="-567"/>
        <w:rPr>
          <w:rFonts w:cstheme="majorHAnsi"/>
          <w:iCs/>
          <w:color w:val="E36C0A" w:themeColor="accent6" w:themeShade="BF"/>
          <w:sz w:val="28"/>
          <w:szCs w:val="28"/>
        </w:rPr>
      </w:pPr>
      <w:bookmarkStart w:id="3" w:name="_Toc219802437"/>
      <w:bookmarkStart w:id="4" w:name="_Toc238125637"/>
      <w:bookmarkEnd w:id="1"/>
      <w:r w:rsidRPr="00822843">
        <w:rPr>
          <w:rFonts w:cstheme="majorHAnsi"/>
          <w:color w:val="E36C0A" w:themeColor="accent6" w:themeShade="BF"/>
          <w:sz w:val="28"/>
          <w:szCs w:val="28"/>
        </w:rPr>
        <w:t xml:space="preserve">2. PROJECT OVERVIEW &amp; </w:t>
      </w:r>
      <w:bookmarkEnd w:id="3"/>
      <w:r w:rsidR="00CC34D8" w:rsidRPr="00822843">
        <w:rPr>
          <w:rFonts w:cstheme="majorHAnsi"/>
          <w:color w:val="E36C0A" w:themeColor="accent6" w:themeShade="BF"/>
          <w:sz w:val="28"/>
          <w:szCs w:val="28"/>
        </w:rPr>
        <w:t>JUSTIFICATION</w:t>
      </w:r>
      <w:r w:rsidR="00DE4AF2" w:rsidRPr="00822843">
        <w:rPr>
          <w:rFonts w:cstheme="majorHAnsi"/>
          <w:color w:val="E36C0A" w:themeColor="accent6" w:themeShade="BF"/>
          <w:sz w:val="28"/>
          <w:szCs w:val="28"/>
        </w:rPr>
        <w:t xml:space="preserve"> </w:t>
      </w:r>
      <w:r w:rsidR="0000578F" w:rsidRPr="00822843">
        <w:rPr>
          <w:rFonts w:cstheme="majorHAnsi"/>
          <w:color w:val="E36C0A" w:themeColor="accent6" w:themeShade="BF"/>
          <w:sz w:val="28"/>
          <w:szCs w:val="28"/>
        </w:rPr>
        <w:t>(max</w:t>
      </w:r>
      <w:r w:rsidR="00AC593C" w:rsidRPr="00822843">
        <w:rPr>
          <w:rFonts w:cstheme="majorHAnsi"/>
          <w:color w:val="E36C0A" w:themeColor="accent6" w:themeShade="BF"/>
          <w:sz w:val="28"/>
          <w:szCs w:val="28"/>
        </w:rPr>
        <w:t>.</w:t>
      </w:r>
      <w:r w:rsidR="0000578F" w:rsidRPr="00822843">
        <w:rPr>
          <w:rFonts w:cstheme="majorHAnsi"/>
          <w:color w:val="E36C0A" w:themeColor="accent6" w:themeShade="BF"/>
          <w:sz w:val="28"/>
          <w:szCs w:val="28"/>
        </w:rPr>
        <w:t xml:space="preserve"> 2</w:t>
      </w:r>
      <w:r w:rsidR="00AC593C" w:rsidRPr="00822843">
        <w:rPr>
          <w:rFonts w:cstheme="majorHAnsi"/>
          <w:color w:val="E36C0A" w:themeColor="accent6" w:themeShade="BF"/>
          <w:sz w:val="28"/>
          <w:szCs w:val="28"/>
        </w:rPr>
        <w:t>,</w:t>
      </w:r>
      <w:r w:rsidR="0000578F" w:rsidRPr="00822843">
        <w:rPr>
          <w:rFonts w:cstheme="majorHAnsi"/>
          <w:color w:val="E36C0A" w:themeColor="accent6" w:themeShade="BF"/>
          <w:sz w:val="28"/>
          <w:szCs w:val="28"/>
        </w:rPr>
        <w:t>000 words</w:t>
      </w:r>
      <w:r w:rsidR="00AC593C" w:rsidRPr="00822843">
        <w:rPr>
          <w:rFonts w:cstheme="majorHAnsi"/>
          <w:color w:val="E36C0A" w:themeColor="accent6" w:themeShade="BF"/>
          <w:sz w:val="28"/>
          <w:szCs w:val="28"/>
        </w:rPr>
        <w:t>)</w:t>
      </w:r>
      <w:bookmarkEnd w:id="4"/>
      <w:r w:rsidR="0000578F" w:rsidRPr="00822843">
        <w:rPr>
          <w:rFonts w:cstheme="majorHAnsi"/>
          <w:iCs/>
          <w:color w:val="E36C0A" w:themeColor="accent6" w:themeShade="BF"/>
          <w:sz w:val="28"/>
          <w:szCs w:val="28"/>
        </w:rPr>
        <w:t xml:space="preserve"> </w:t>
      </w:r>
    </w:p>
    <w:p w14:paraId="2F48B130" w14:textId="4BEC52D2" w:rsidR="0000578F" w:rsidRPr="004F0327" w:rsidRDefault="004F0327" w:rsidP="00AC593C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4F0327">
        <w:rPr>
          <w:rFonts w:asciiTheme="majorHAnsi" w:hAnsiTheme="majorHAnsi" w:cstheme="majorHAnsi"/>
          <w:i/>
          <w:color w:val="000000" w:themeColor="text1"/>
        </w:rPr>
        <w:t>(</w:t>
      </w:r>
      <w:r w:rsidR="0000578F" w:rsidRPr="00832B2E">
        <w:rPr>
          <w:rFonts w:asciiTheme="majorHAnsi" w:hAnsiTheme="majorHAnsi" w:cstheme="majorHAnsi"/>
          <w:i/>
          <w:color w:val="000000" w:themeColor="text1"/>
        </w:rPr>
        <w:t>if necessary</w:t>
      </w:r>
      <w:r w:rsidR="003B57D1">
        <w:rPr>
          <w:rFonts w:asciiTheme="majorHAnsi" w:hAnsiTheme="majorHAnsi" w:cstheme="majorHAnsi"/>
          <w:i/>
          <w:color w:val="000000" w:themeColor="text1"/>
        </w:rPr>
        <w:t xml:space="preserve"> add</w:t>
      </w:r>
      <w:r w:rsidR="0000578F" w:rsidRPr="00832B2E">
        <w:rPr>
          <w:rFonts w:asciiTheme="majorHAnsi" w:hAnsiTheme="majorHAnsi" w:cstheme="majorHAnsi"/>
          <w:i/>
          <w:color w:val="000000" w:themeColor="text1"/>
        </w:rPr>
        <w:t xml:space="preserve"> cited literature in an appendix</w:t>
      </w:r>
      <w:r w:rsidRPr="004F0327">
        <w:rPr>
          <w:rFonts w:asciiTheme="majorHAnsi" w:hAnsiTheme="majorHAnsi" w:cstheme="majorHAnsi"/>
          <w:i/>
          <w:color w:val="000000" w:themeColor="text1"/>
        </w:rPr>
        <w:t>)</w:t>
      </w:r>
    </w:p>
    <w:p w14:paraId="12C24EC4" w14:textId="77777777" w:rsidR="000738B7" w:rsidRPr="00AB3AD1" w:rsidRDefault="004520DD" w:rsidP="00CC34D8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5" w:name="_Toc219802438"/>
      <w:bookmarkStart w:id="6" w:name="_Toc238125638"/>
      <w:r w:rsidRPr="00AB3AD1">
        <w:rPr>
          <w:rFonts w:cstheme="majorHAnsi"/>
          <w:color w:val="F79646" w:themeColor="accent6"/>
        </w:rPr>
        <w:t xml:space="preserve">2.1 </w:t>
      </w:r>
      <w:bookmarkEnd w:id="5"/>
      <w:r w:rsidR="00CC34D8" w:rsidRPr="00CC34D8">
        <w:rPr>
          <w:rFonts w:cstheme="majorHAnsi"/>
          <w:color w:val="F79646" w:themeColor="accent6"/>
        </w:rPr>
        <w:t>Conservation Context</w:t>
      </w:r>
      <w:bookmarkEnd w:id="6"/>
    </w:p>
    <w:p w14:paraId="43545DE4" w14:textId="77777777" w:rsidR="00664F7E" w:rsidRPr="0000578F" w:rsidRDefault="00664F7E" w:rsidP="00FE4DF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the background and history of the project, including the conservation issue addressed and its relevance to bears, habitats, or local communities.</w:t>
      </w:r>
    </w:p>
    <w:p w14:paraId="16A2BF82" w14:textId="77777777" w:rsidR="00664F7E" w:rsidRPr="0000578F" w:rsidRDefault="00664F7E" w:rsidP="00FE4DF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Where relevant, include information about previous work, research, or initiatives related to this project. If necessary, cited literature can be included in an appendix.</w:t>
      </w:r>
    </w:p>
    <w:p w14:paraId="7C99A33B" w14:textId="77777777" w:rsidR="00CC34D8" w:rsidRPr="006E5D6C" w:rsidRDefault="00CC34D8" w:rsidP="000D2360">
      <w:pPr>
        <w:ind w:left="-567" w:right="-567"/>
        <w:rPr>
          <w:rFonts w:asciiTheme="majorHAnsi" w:hAnsiTheme="majorHAnsi" w:cstheme="majorHAnsi"/>
          <w:color w:val="000000" w:themeColor="text1"/>
        </w:rPr>
      </w:pPr>
    </w:p>
    <w:p w14:paraId="2D1819CD" w14:textId="77777777" w:rsidR="000738B7" w:rsidRPr="00AB3AD1" w:rsidRDefault="004520DD" w:rsidP="000D2360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7" w:name="_Toc219802439"/>
      <w:bookmarkStart w:id="8" w:name="_Toc238125639"/>
      <w:r w:rsidRPr="00AB3AD1">
        <w:rPr>
          <w:rFonts w:cstheme="majorHAnsi"/>
          <w:color w:val="F79646" w:themeColor="accent6"/>
        </w:rPr>
        <w:t xml:space="preserve">2.2 </w:t>
      </w:r>
      <w:bookmarkEnd w:id="7"/>
      <w:r w:rsidR="00CC34D8" w:rsidRPr="00CC34D8">
        <w:rPr>
          <w:rFonts w:cstheme="majorHAnsi"/>
          <w:color w:val="F79646" w:themeColor="accent6"/>
        </w:rPr>
        <w:t>Project Rationale</w:t>
      </w:r>
      <w:bookmarkEnd w:id="8"/>
    </w:p>
    <w:p w14:paraId="10A2A19F" w14:textId="77777777" w:rsidR="00664F7E" w:rsidRPr="0000578F" w:rsidRDefault="00664F7E" w:rsidP="00FE4DF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Explain the main problem or question that this project addresses and why the project is needed.</w:t>
      </w:r>
    </w:p>
    <w:p w14:paraId="4A1F0390" w14:textId="77777777" w:rsidR="00664F7E" w:rsidRPr="0000578F" w:rsidRDefault="00664F7E" w:rsidP="00FE4DF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the key threats, knowledge gaps, or conservation challenges affecting bears, habitats, or local communities.</w:t>
      </w:r>
    </w:p>
    <w:p w14:paraId="22D88AFF" w14:textId="3569AD86" w:rsidR="000738B7" w:rsidRPr="00822843" w:rsidRDefault="004520DD" w:rsidP="000D2360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9" w:name="_Toc219802440"/>
      <w:bookmarkStart w:id="10" w:name="_Toc238125640"/>
      <w:r w:rsidRPr="00822843">
        <w:rPr>
          <w:rFonts w:cstheme="majorHAnsi"/>
          <w:color w:val="E36C0A" w:themeColor="accent6" w:themeShade="BF"/>
          <w:sz w:val="28"/>
          <w:szCs w:val="28"/>
        </w:rPr>
        <w:t xml:space="preserve">3. </w:t>
      </w:r>
      <w:bookmarkEnd w:id="9"/>
      <w:r w:rsidR="00CC34D8" w:rsidRPr="00822843">
        <w:rPr>
          <w:rFonts w:cstheme="majorHAnsi"/>
          <w:color w:val="E36C0A" w:themeColor="accent6" w:themeShade="BF"/>
          <w:sz w:val="28"/>
          <w:szCs w:val="28"/>
        </w:rPr>
        <w:t>PROJECT GOAL &amp; OBJECTIVES</w:t>
      </w:r>
      <w:r w:rsidR="00D779F1" w:rsidRPr="00822843">
        <w:rPr>
          <w:rFonts w:cstheme="majorHAnsi"/>
          <w:color w:val="E36C0A" w:themeColor="accent6" w:themeShade="BF"/>
          <w:sz w:val="28"/>
          <w:szCs w:val="28"/>
        </w:rPr>
        <w:t xml:space="preserve"> </w:t>
      </w:r>
      <w:r w:rsidR="00B726F4" w:rsidRPr="00822843">
        <w:rPr>
          <w:rFonts w:cstheme="majorHAnsi"/>
          <w:color w:val="E36C0A" w:themeColor="accent6" w:themeShade="BF"/>
          <w:sz w:val="28"/>
          <w:szCs w:val="28"/>
        </w:rPr>
        <w:t>(max. 2,000 words)</w:t>
      </w:r>
      <w:bookmarkEnd w:id="10"/>
    </w:p>
    <w:p w14:paraId="685930C0" w14:textId="77777777" w:rsidR="00CC34D8" w:rsidRPr="00CC34D8" w:rsidRDefault="00CC34D8" w:rsidP="00CC34D8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11" w:name="_Toc219802441"/>
      <w:bookmarkStart w:id="12" w:name="_Toc238125641"/>
      <w:r w:rsidRPr="00CC34D8">
        <w:rPr>
          <w:rFonts w:cstheme="majorHAnsi"/>
          <w:color w:val="F79646" w:themeColor="accent6"/>
        </w:rPr>
        <w:t>3.1 Overall Project Goal</w:t>
      </w:r>
      <w:bookmarkEnd w:id="12"/>
    </w:p>
    <w:p w14:paraId="40B026F8" w14:textId="77777777" w:rsidR="00664F7E" w:rsidRPr="0000578F" w:rsidRDefault="00664F7E" w:rsidP="00CC34D8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the aim or overall goal of the project, and the long-term conservation change this project contributes to.</w:t>
      </w:r>
    </w:p>
    <w:p w14:paraId="40D3BD2E" w14:textId="77777777" w:rsidR="00CC34D8" w:rsidRPr="00CC34D8" w:rsidRDefault="00CC34D8" w:rsidP="00CC34D8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13" w:name="_Toc238125642"/>
      <w:r w:rsidRPr="00CC34D8">
        <w:rPr>
          <w:rFonts w:cstheme="majorHAnsi"/>
          <w:color w:val="F79646" w:themeColor="accent6"/>
        </w:rPr>
        <w:t>3.2 Project Objectives</w:t>
      </w:r>
      <w:bookmarkEnd w:id="13"/>
    </w:p>
    <w:p w14:paraId="160D5352" w14:textId="77777777" w:rsidR="00664F7E" w:rsidRPr="0000578F" w:rsidRDefault="00664F7E" w:rsidP="00CC34D8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List the specific objectives of the project that will be achieved during the project period.</w:t>
      </w:r>
    </w:p>
    <w:p w14:paraId="184240D1" w14:textId="43A30E8C" w:rsidR="000738B7" w:rsidRPr="00822843" w:rsidRDefault="004520DD" w:rsidP="000D2360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14" w:name="_Toc238125643"/>
      <w:r w:rsidRPr="00822843">
        <w:rPr>
          <w:rFonts w:cstheme="majorHAnsi"/>
          <w:color w:val="E36C0A" w:themeColor="accent6" w:themeShade="BF"/>
          <w:sz w:val="28"/>
          <w:szCs w:val="28"/>
        </w:rPr>
        <w:t xml:space="preserve">4. </w:t>
      </w:r>
      <w:bookmarkEnd w:id="11"/>
      <w:r w:rsidR="00CC34D8" w:rsidRPr="00822843">
        <w:rPr>
          <w:rFonts w:cstheme="majorHAnsi"/>
          <w:color w:val="E36C0A" w:themeColor="accent6" w:themeShade="BF"/>
          <w:sz w:val="28"/>
          <w:szCs w:val="28"/>
        </w:rPr>
        <w:t>PROJECT ACTIVITIES &amp; IMPLEMENTATION</w:t>
      </w:r>
      <w:r w:rsidR="00664F7E" w:rsidRPr="00822843">
        <w:rPr>
          <w:rFonts w:cstheme="majorHAnsi"/>
          <w:color w:val="E36C0A" w:themeColor="accent6" w:themeShade="BF"/>
          <w:sz w:val="28"/>
          <w:szCs w:val="28"/>
        </w:rPr>
        <w:t xml:space="preserve"> (max. </w:t>
      </w:r>
      <w:r w:rsidR="00693793" w:rsidRPr="00822843">
        <w:rPr>
          <w:rFonts w:cstheme="majorHAnsi"/>
          <w:color w:val="E36C0A" w:themeColor="accent6" w:themeShade="BF"/>
          <w:sz w:val="28"/>
          <w:szCs w:val="28"/>
        </w:rPr>
        <w:t>2,0</w:t>
      </w:r>
      <w:r w:rsidR="00664F7E" w:rsidRPr="00822843">
        <w:rPr>
          <w:rFonts w:cstheme="majorHAnsi"/>
          <w:color w:val="E36C0A" w:themeColor="accent6" w:themeShade="BF"/>
          <w:sz w:val="28"/>
          <w:szCs w:val="28"/>
        </w:rPr>
        <w:t>00 words)</w:t>
      </w:r>
      <w:bookmarkEnd w:id="14"/>
    </w:p>
    <w:p w14:paraId="40BD451A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bookmarkStart w:id="15" w:name="_Toc219802442"/>
      <w:r w:rsidRPr="0000578F">
        <w:rPr>
          <w:rFonts w:asciiTheme="majorHAnsi" w:hAnsiTheme="majorHAnsi" w:cstheme="majorHAnsi"/>
          <w:iCs/>
          <w:color w:val="000000" w:themeColor="text1"/>
        </w:rPr>
        <w:t>Describe the methodology and/or proposed activities that will be implemented to achieve the project objectives.</w:t>
      </w:r>
    </w:p>
    <w:p w14:paraId="3810D29C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Provide sufficient detail to allow reviewers to understand how the project will be carried out in practice.</w:t>
      </w:r>
    </w:p>
    <w:p w14:paraId="786C6E2E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lastRenderedPageBreak/>
        <w:t>Your description should include:</w:t>
      </w:r>
    </w:p>
    <w:p w14:paraId="72CBCDCC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What will be done:</w:t>
      </w:r>
    </w:p>
    <w:p w14:paraId="0FA30B51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the main activities and interventions that will be implemented to address the project objectives.</w:t>
      </w:r>
    </w:p>
    <w:p w14:paraId="7CF5CDCE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Methodology and approach:</w:t>
      </w:r>
    </w:p>
    <w:p w14:paraId="7CE55E8E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Explain the methods that will be used (e.g., research methods, monitoring techniques, conservation interventions, community engagement approaches, education programs, or management actions).</w:t>
      </w:r>
    </w:p>
    <w:p w14:paraId="06695E35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Implementation process:</w:t>
      </w:r>
    </w:p>
    <w:p w14:paraId="134FCB08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Explain how activities will be organized and carried out, including the sequence of activities where relevant.</w:t>
      </w:r>
    </w:p>
    <w:p w14:paraId="772CB916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Project team and responsibilities:</w:t>
      </w:r>
    </w:p>
    <w:p w14:paraId="09C57044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who will implement the activities and the role of key team members or partner organizations.</w:t>
      </w:r>
    </w:p>
    <w:p w14:paraId="76708A23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Project location and context:</w:t>
      </w:r>
    </w:p>
    <w:p w14:paraId="56704BB6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Explain where activities will take place and why the selected locations are relevant for achieving the project objectives.</w:t>
      </w:r>
    </w:p>
    <w:p w14:paraId="2D156DA5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Engagement with local stakeholders:</w:t>
      </w:r>
    </w:p>
    <w:p w14:paraId="2A1C1554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how local communities, authorities, NGOs, or other partners will be involved in the project.</w:t>
      </w:r>
    </w:p>
    <w:p w14:paraId="126B0ECF" w14:textId="77777777" w:rsidR="00E723C0" w:rsidRPr="0000578F" w:rsidRDefault="00E723C0" w:rsidP="00E723C0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Where relevant, describe previous experience, pilot work, or evidence supporting the proposed approach.</w:t>
      </w:r>
    </w:p>
    <w:p w14:paraId="3023E621" w14:textId="77777777" w:rsidR="00C3607A" w:rsidRPr="00C3607A" w:rsidRDefault="00C3607A" w:rsidP="00C3607A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16" w:name="_Toc238125644"/>
      <w:r w:rsidRPr="00C3607A">
        <w:rPr>
          <w:rFonts w:cstheme="majorHAnsi"/>
          <w:color w:val="F79646" w:themeColor="accent6"/>
        </w:rPr>
        <w:t>4.1 TIME SCHEDULE</w:t>
      </w:r>
      <w:bookmarkEnd w:id="16"/>
    </w:p>
    <w:p w14:paraId="6C404C0A" w14:textId="77777777" w:rsidR="00C3607A" w:rsidRPr="0000578F" w:rsidRDefault="00C3607A" w:rsidP="00C3607A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Provide a detailed timeline of the main activities planned during the first year. This may be presented in a table format.</w:t>
      </w:r>
    </w:p>
    <w:p w14:paraId="79B2037B" w14:textId="77777777" w:rsidR="00C3607A" w:rsidRPr="00162FEC" w:rsidRDefault="00C3607A" w:rsidP="00C3607A">
      <w:pPr>
        <w:spacing w:after="120"/>
        <w:ind w:left="-567" w:right="-624"/>
        <w:rPr>
          <w:rFonts w:asciiTheme="majorHAnsi" w:hAnsiTheme="majorHAnsi" w:cstheme="majorHAnsi"/>
          <w:i/>
          <w:color w:val="000000" w:themeColor="text1"/>
        </w:rPr>
      </w:pPr>
      <w:r w:rsidRPr="00162FEC">
        <w:rPr>
          <w:rFonts w:asciiTheme="majorHAnsi" w:hAnsiTheme="majorHAnsi" w:cstheme="majorHAnsi"/>
          <w:i/>
          <w:color w:val="000000" w:themeColor="text1"/>
        </w:rPr>
        <w:t>Example:</w:t>
      </w:r>
    </w:p>
    <w:tbl>
      <w:tblPr>
        <w:tblStyle w:val="GridTable4-Accent6"/>
        <w:tblW w:w="0" w:type="auto"/>
        <w:tblInd w:w="-572" w:type="dxa"/>
        <w:tblLook w:val="04A0" w:firstRow="1" w:lastRow="0" w:firstColumn="1" w:lastColumn="0" w:noHBand="0" w:noVBand="1"/>
      </w:tblPr>
      <w:tblGrid>
        <w:gridCol w:w="5964"/>
        <w:gridCol w:w="1816"/>
      </w:tblGrid>
      <w:tr w:rsidR="00C3607A" w:rsidRPr="00C3607A" w14:paraId="0276D889" w14:textId="77777777" w:rsidTr="00C36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4" w:type="dxa"/>
            <w:hideMark/>
          </w:tcPr>
          <w:p w14:paraId="3D3C7C98" w14:textId="77777777" w:rsidR="00C3607A" w:rsidRPr="00C3607A" w:rsidRDefault="00C3607A" w:rsidP="00D70B6E">
            <w:pPr>
              <w:spacing w:before="16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caps/>
                <w:sz w:val="21"/>
                <w:szCs w:val="21"/>
              </w:rPr>
              <w:t>Activity</w:t>
            </w:r>
          </w:p>
        </w:tc>
        <w:tc>
          <w:tcPr>
            <w:tcW w:w="1816" w:type="dxa"/>
            <w:hideMark/>
          </w:tcPr>
          <w:p w14:paraId="5484B73F" w14:textId="77777777" w:rsidR="00C3607A" w:rsidRPr="00C3607A" w:rsidRDefault="00C3607A" w:rsidP="00C3607A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caps/>
                <w:sz w:val="21"/>
                <w:szCs w:val="21"/>
              </w:rPr>
              <w:t>Timeline</w:t>
            </w:r>
          </w:p>
        </w:tc>
      </w:tr>
      <w:tr w:rsidR="00C3607A" w:rsidRPr="00C3607A" w14:paraId="19192222" w14:textId="77777777" w:rsidTr="00C36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4" w:type="dxa"/>
            <w:hideMark/>
          </w:tcPr>
          <w:p w14:paraId="245DC1C9" w14:textId="77777777" w:rsidR="00C3607A" w:rsidRPr="00C3607A" w:rsidRDefault="00C3607A" w:rsidP="00C3607A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caps/>
                <w:sz w:val="21"/>
                <w:szCs w:val="21"/>
              </w:rPr>
              <w:t>Baseline survey</w:t>
            </w:r>
          </w:p>
        </w:tc>
        <w:tc>
          <w:tcPr>
            <w:tcW w:w="1816" w:type="dxa"/>
            <w:hideMark/>
          </w:tcPr>
          <w:p w14:paraId="3BDFF079" w14:textId="77777777" w:rsidR="00C3607A" w:rsidRPr="00C3607A" w:rsidRDefault="00C3607A" w:rsidP="00C3607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  <w:t>Months 1–2</w:t>
            </w:r>
          </w:p>
        </w:tc>
      </w:tr>
      <w:tr w:rsidR="00C3607A" w:rsidRPr="00C3607A" w14:paraId="7D920C6D" w14:textId="77777777" w:rsidTr="00C3607A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4" w:type="dxa"/>
            <w:hideMark/>
          </w:tcPr>
          <w:p w14:paraId="743F3376" w14:textId="77777777" w:rsidR="00C3607A" w:rsidRPr="00C3607A" w:rsidRDefault="00C3607A" w:rsidP="00C3607A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caps/>
                <w:sz w:val="21"/>
                <w:szCs w:val="21"/>
              </w:rPr>
              <w:t>Community workshops</w:t>
            </w:r>
          </w:p>
        </w:tc>
        <w:tc>
          <w:tcPr>
            <w:tcW w:w="1816" w:type="dxa"/>
            <w:hideMark/>
          </w:tcPr>
          <w:p w14:paraId="37A63027" w14:textId="77777777" w:rsidR="00C3607A" w:rsidRPr="00C3607A" w:rsidRDefault="00C3607A" w:rsidP="00C3607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  <w:t>Months 3–4</w:t>
            </w:r>
          </w:p>
        </w:tc>
      </w:tr>
      <w:tr w:rsidR="00C3607A" w:rsidRPr="00C3607A" w14:paraId="5E6AFAFB" w14:textId="77777777" w:rsidTr="00C36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4" w:type="dxa"/>
            <w:hideMark/>
          </w:tcPr>
          <w:p w14:paraId="66F39DA4" w14:textId="77777777" w:rsidR="00C3607A" w:rsidRPr="00C3607A" w:rsidRDefault="00C3607A" w:rsidP="00C3607A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caps/>
                <w:sz w:val="21"/>
                <w:szCs w:val="21"/>
              </w:rPr>
              <w:t>Camera trap monitoring</w:t>
            </w:r>
          </w:p>
        </w:tc>
        <w:tc>
          <w:tcPr>
            <w:tcW w:w="1816" w:type="dxa"/>
            <w:hideMark/>
          </w:tcPr>
          <w:p w14:paraId="2AF39A16" w14:textId="77777777" w:rsidR="00C3607A" w:rsidRPr="00C3607A" w:rsidRDefault="00C3607A" w:rsidP="00C3607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  <w:r w:rsidRPr="00C3607A"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  <w:t>Months 5–12</w:t>
            </w:r>
          </w:p>
        </w:tc>
      </w:tr>
    </w:tbl>
    <w:p w14:paraId="492B69D7" w14:textId="77777777" w:rsidR="00391DE7" w:rsidRPr="00054393" w:rsidRDefault="00391DE7" w:rsidP="00A35E8B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054393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21884435" w14:textId="77777777" w:rsidR="00B3614B" w:rsidRPr="00162FEC" w:rsidRDefault="00B3614B" w:rsidP="00162FEC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B73CDB">
        <w:rPr>
          <w:rFonts w:asciiTheme="majorHAnsi" w:hAnsiTheme="majorHAnsi" w:cstheme="majorHAnsi"/>
          <w:iCs/>
          <w:color w:val="000000" w:themeColor="text1"/>
        </w:rPr>
        <w:lastRenderedPageBreak/>
        <w:t>I</w:t>
      </w:r>
      <w:r w:rsidRPr="00162FEC">
        <w:rPr>
          <w:rFonts w:asciiTheme="majorHAnsi" w:hAnsiTheme="majorHAnsi" w:cstheme="majorHAnsi"/>
          <w:iCs/>
          <w:color w:val="000000" w:themeColor="text1"/>
        </w:rPr>
        <w:t>f the project extends beyond one year, provide a brief overview of the timeline for the remaining project period.</w:t>
      </w:r>
    </w:p>
    <w:p w14:paraId="03AD7CB3" w14:textId="77777777" w:rsidR="00B3614B" w:rsidRPr="00162FEC" w:rsidRDefault="00B3614B" w:rsidP="00162FEC">
      <w:pPr>
        <w:spacing w:after="120"/>
        <w:ind w:left="-567" w:right="-624"/>
        <w:rPr>
          <w:rFonts w:asciiTheme="majorHAnsi" w:hAnsiTheme="majorHAnsi" w:cstheme="majorHAnsi"/>
          <w:i/>
          <w:color w:val="000000" w:themeColor="text1"/>
        </w:rPr>
      </w:pPr>
      <w:r w:rsidRPr="00162FEC">
        <w:rPr>
          <w:rFonts w:asciiTheme="majorHAnsi" w:hAnsiTheme="majorHAnsi" w:cstheme="majorHAnsi"/>
          <w:i/>
          <w:color w:val="000000" w:themeColor="text1"/>
        </w:rPr>
        <w:t>Example:</w:t>
      </w:r>
    </w:p>
    <w:tbl>
      <w:tblPr>
        <w:tblStyle w:val="GridTable4-Accent6"/>
        <w:tblW w:w="7842" w:type="dxa"/>
        <w:tblInd w:w="-617" w:type="dxa"/>
        <w:tblLook w:val="04A0" w:firstRow="1" w:lastRow="0" w:firstColumn="1" w:lastColumn="0" w:noHBand="0" w:noVBand="1"/>
      </w:tblPr>
      <w:tblGrid>
        <w:gridCol w:w="1174"/>
        <w:gridCol w:w="6668"/>
      </w:tblGrid>
      <w:tr w:rsidR="00B3614B" w:rsidRPr="00B3614B" w14:paraId="6B197094" w14:textId="77777777" w:rsidTr="00552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959188" w14:textId="77777777" w:rsidR="00B3614B" w:rsidRPr="00B3614B" w:rsidRDefault="00B3614B" w:rsidP="00B3614B">
            <w:pPr>
              <w:spacing w:before="160"/>
              <w:jc w:val="center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Year</w:t>
            </w:r>
          </w:p>
        </w:tc>
        <w:tc>
          <w:tcPr>
            <w:tcW w:w="6668" w:type="dxa"/>
            <w:hideMark/>
          </w:tcPr>
          <w:p w14:paraId="51FCD237" w14:textId="77777777" w:rsidR="00B3614B" w:rsidRPr="00B3614B" w:rsidRDefault="00B3614B" w:rsidP="00B3614B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Main activities</w:t>
            </w:r>
          </w:p>
        </w:tc>
      </w:tr>
      <w:tr w:rsidR="00B3614B" w:rsidRPr="00B3614B" w14:paraId="43EACC84" w14:textId="77777777" w:rsidTr="00552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00CD7C" w14:textId="77777777" w:rsidR="00B3614B" w:rsidRPr="00B3614B" w:rsidRDefault="00B3614B" w:rsidP="00B3614B">
            <w:pPr>
              <w:spacing w:before="120" w:after="12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 xml:space="preserve">Year </w:t>
            </w:r>
          </w:p>
        </w:tc>
        <w:tc>
          <w:tcPr>
            <w:tcW w:w="6668" w:type="dxa"/>
            <w:hideMark/>
          </w:tcPr>
          <w:p w14:paraId="1BD7E14B" w14:textId="77777777" w:rsidR="00B3614B" w:rsidRPr="00B3614B" w:rsidRDefault="00B3614B" w:rsidP="00B3614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b/>
                <w:bCs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b/>
                <w:bCs/>
                <w:caps/>
                <w:sz w:val="21"/>
                <w:szCs w:val="21"/>
                <w:lang w:eastAsia="en-US"/>
              </w:rPr>
              <w:t>Monitoring, community engagement</w:t>
            </w:r>
          </w:p>
        </w:tc>
      </w:tr>
      <w:tr w:rsidR="00B3614B" w:rsidRPr="00B3614B" w14:paraId="287AEB8D" w14:textId="77777777" w:rsidTr="00552A8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4CEBA" w14:textId="77777777" w:rsidR="00B3614B" w:rsidRPr="00B3614B" w:rsidRDefault="00B3614B" w:rsidP="00B3614B">
            <w:pPr>
              <w:spacing w:before="120" w:after="12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 xml:space="preserve">Year </w:t>
            </w:r>
          </w:p>
        </w:tc>
        <w:tc>
          <w:tcPr>
            <w:tcW w:w="6668" w:type="dxa"/>
            <w:hideMark/>
          </w:tcPr>
          <w:p w14:paraId="306B8931" w14:textId="77777777" w:rsidR="00B3614B" w:rsidRPr="00B3614B" w:rsidRDefault="00B3614B" w:rsidP="00B3614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b/>
                <w:bCs/>
                <w:caps/>
                <w:sz w:val="21"/>
                <w:szCs w:val="21"/>
                <w:lang w:eastAsia="en-US"/>
              </w:rPr>
            </w:pPr>
            <w:r w:rsidRPr="00B3614B">
              <w:rPr>
                <w:rFonts w:asciiTheme="majorHAnsi" w:eastAsiaTheme="minorEastAsia" w:hAnsiTheme="majorHAnsi" w:cstheme="majorHAnsi"/>
                <w:b/>
                <w:bCs/>
                <w:caps/>
                <w:sz w:val="21"/>
                <w:szCs w:val="21"/>
                <w:lang w:eastAsia="en-US"/>
              </w:rPr>
              <w:t>Data analysis and reporting</w:t>
            </w:r>
          </w:p>
        </w:tc>
      </w:tr>
    </w:tbl>
    <w:p w14:paraId="0EAB5665" w14:textId="77777777" w:rsidR="00391DE7" w:rsidRPr="00054393" w:rsidRDefault="00391DE7" w:rsidP="00A35E8B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054393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5E1E0FD2" w14:textId="3F0D77F8" w:rsidR="000738B7" w:rsidRPr="008055A6" w:rsidRDefault="004520DD" w:rsidP="000D2360">
      <w:pPr>
        <w:pStyle w:val="Heading2"/>
        <w:spacing w:before="480"/>
        <w:ind w:left="-567" w:right="-567"/>
        <w:rPr>
          <w:rFonts w:cstheme="majorHAnsi"/>
          <w:color w:val="F79646" w:themeColor="accent6"/>
          <w:sz w:val="28"/>
          <w:szCs w:val="28"/>
          <w:lang w:val="nl-NL"/>
        </w:rPr>
      </w:pPr>
      <w:bookmarkStart w:id="17" w:name="_Toc238125645"/>
      <w:r w:rsidRPr="00054393">
        <w:rPr>
          <w:rFonts w:cstheme="majorHAnsi"/>
          <w:color w:val="E36C0A" w:themeColor="accent6" w:themeShade="BF"/>
          <w:sz w:val="28"/>
          <w:szCs w:val="28"/>
        </w:rPr>
        <w:t xml:space="preserve">5. </w:t>
      </w:r>
      <w:bookmarkEnd w:id="15"/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EXPECTED RESULTS</w:t>
      </w:r>
      <w:r w:rsidR="00AF752C" w:rsidRPr="00054393">
        <w:rPr>
          <w:rFonts w:cstheme="majorHAnsi"/>
          <w:color w:val="E36C0A" w:themeColor="accent6" w:themeShade="BF"/>
          <w:sz w:val="28"/>
          <w:szCs w:val="28"/>
          <w:lang w:val="nl-NL"/>
        </w:rPr>
        <w:t xml:space="preserve"> </w:t>
      </w:r>
      <w:r w:rsidR="00AF752C" w:rsidRPr="00054393">
        <w:rPr>
          <w:rFonts w:cstheme="majorHAnsi"/>
          <w:color w:val="E36C0A" w:themeColor="accent6" w:themeShade="BF"/>
          <w:sz w:val="28"/>
          <w:szCs w:val="28"/>
        </w:rPr>
        <w:t xml:space="preserve">(max. </w:t>
      </w:r>
      <w:r w:rsidR="00AF752C" w:rsidRPr="00054393">
        <w:rPr>
          <w:rFonts w:cstheme="majorHAnsi"/>
          <w:color w:val="E36C0A" w:themeColor="accent6" w:themeShade="BF"/>
          <w:sz w:val="28"/>
          <w:szCs w:val="28"/>
          <w:lang w:val="nl-NL"/>
        </w:rPr>
        <w:t>5</w:t>
      </w:r>
      <w:r w:rsidR="00AF752C" w:rsidRPr="00054393">
        <w:rPr>
          <w:rFonts w:cstheme="majorHAnsi"/>
          <w:color w:val="E36C0A" w:themeColor="accent6" w:themeShade="BF"/>
          <w:sz w:val="28"/>
          <w:szCs w:val="28"/>
        </w:rPr>
        <w:t>00 words)</w:t>
      </w:r>
      <w:bookmarkEnd w:id="17"/>
    </w:p>
    <w:p w14:paraId="4251CECB" w14:textId="77777777" w:rsidR="000738B7" w:rsidRPr="00AB3AD1" w:rsidRDefault="004520DD" w:rsidP="00CC34D8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18" w:name="_Toc219802443"/>
      <w:bookmarkStart w:id="19" w:name="_Toc238125646"/>
      <w:r w:rsidRPr="00AB3AD1">
        <w:rPr>
          <w:rFonts w:cstheme="majorHAnsi"/>
          <w:color w:val="F79646" w:themeColor="accent6"/>
        </w:rPr>
        <w:t xml:space="preserve">5.1 </w:t>
      </w:r>
      <w:bookmarkEnd w:id="18"/>
      <w:r w:rsidR="00CC34D8" w:rsidRPr="00CC34D8">
        <w:rPr>
          <w:rFonts w:cstheme="majorHAnsi"/>
          <w:color w:val="F79646" w:themeColor="accent6"/>
        </w:rPr>
        <w:t>Expected Outputs</w:t>
      </w:r>
      <w:bookmarkEnd w:id="19"/>
    </w:p>
    <w:p w14:paraId="577723FA" w14:textId="77777777" w:rsidR="002D22A0" w:rsidRPr="006A6909" w:rsidRDefault="002D22A0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6A6909">
        <w:rPr>
          <w:rFonts w:asciiTheme="majorHAnsi" w:hAnsiTheme="majorHAnsi" w:cstheme="majorHAnsi"/>
          <w:iCs/>
          <w:color w:val="000000" w:themeColor="text1"/>
        </w:rPr>
        <w:t>Describe the main outputs (deliverables) that will be produced by the project, such as reports, scientific publications, management plans, monitoring data, educational materials, training activities, or other project products.</w:t>
      </w:r>
    </w:p>
    <w:p w14:paraId="10AC0CAF" w14:textId="77777777" w:rsidR="002D22A0" w:rsidRPr="006A6909" w:rsidRDefault="002D22A0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6A6909">
        <w:rPr>
          <w:rFonts w:asciiTheme="majorHAnsi" w:hAnsiTheme="majorHAnsi" w:cstheme="majorHAnsi"/>
          <w:iCs/>
          <w:color w:val="000000" w:themeColor="text1"/>
        </w:rPr>
        <w:t>Where relevant, briefly describe how these outputs will be shared or communicated (e.g., scientific publications, reports, workshops, online platforms, policy briefs, or educational outreach).</w:t>
      </w:r>
    </w:p>
    <w:p w14:paraId="336F4767" w14:textId="77777777" w:rsidR="000738B7" w:rsidRPr="00AB3AD1" w:rsidRDefault="004520DD" w:rsidP="00CC34D8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20" w:name="_Toc219802444"/>
      <w:bookmarkStart w:id="21" w:name="_Toc238125647"/>
      <w:r w:rsidRPr="00AB3AD1">
        <w:rPr>
          <w:rFonts w:cstheme="majorHAnsi"/>
          <w:color w:val="F79646" w:themeColor="accent6"/>
        </w:rPr>
        <w:t xml:space="preserve">5.2 </w:t>
      </w:r>
      <w:bookmarkEnd w:id="20"/>
      <w:r w:rsidR="00CC34D8" w:rsidRPr="00CC34D8">
        <w:rPr>
          <w:rFonts w:cstheme="majorHAnsi"/>
          <w:color w:val="F79646" w:themeColor="accent6"/>
        </w:rPr>
        <w:t>Expected Outcomes &amp; Impact</w:t>
      </w:r>
      <w:bookmarkEnd w:id="21"/>
    </w:p>
    <w:p w14:paraId="4F130C3D" w14:textId="77777777" w:rsidR="00CC34D8" w:rsidRPr="0000578F" w:rsidRDefault="00CC34D8" w:rsidP="00CC34D8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bookmarkStart w:id="22" w:name="_Toc219802445"/>
      <w:r w:rsidRPr="0000578F">
        <w:rPr>
          <w:rFonts w:asciiTheme="majorHAnsi" w:hAnsiTheme="majorHAnsi" w:cstheme="majorHAnsi"/>
          <w:iCs/>
          <w:color w:val="000000" w:themeColor="text1"/>
        </w:rPr>
        <w:t>Describe expected changes for:</w:t>
      </w:r>
    </w:p>
    <w:p w14:paraId="28C9677D" w14:textId="77777777" w:rsidR="00CC34D8" w:rsidRPr="0000578F" w:rsidRDefault="00CC34D8" w:rsidP="00CC34D8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Communities</w:t>
      </w:r>
    </w:p>
    <w:p w14:paraId="5193EC64" w14:textId="77777777" w:rsidR="00CC34D8" w:rsidRPr="0000578F" w:rsidRDefault="00CC34D8" w:rsidP="00CC34D8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Habitat / conservation</w:t>
      </w:r>
    </w:p>
    <w:p w14:paraId="32E0AB32" w14:textId="77777777" w:rsidR="00CC34D8" w:rsidRPr="0000578F" w:rsidRDefault="00CC34D8" w:rsidP="00CC34D8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• Bear populations or bear</w:t>
      </w:r>
      <w:r w:rsidRPr="0000578F">
        <w:rPr>
          <w:rFonts w:ascii="Cambria Math" w:hAnsi="Cambria Math" w:cs="Cambria Math"/>
          <w:iCs/>
          <w:color w:val="000000" w:themeColor="text1"/>
        </w:rPr>
        <w:t>‑</w:t>
      </w:r>
      <w:r w:rsidRPr="0000578F">
        <w:rPr>
          <w:rFonts w:asciiTheme="majorHAnsi" w:hAnsiTheme="majorHAnsi" w:cstheme="majorHAnsi"/>
          <w:iCs/>
          <w:color w:val="000000" w:themeColor="text1"/>
        </w:rPr>
        <w:t>related threats</w:t>
      </w:r>
    </w:p>
    <w:p w14:paraId="70146218" w14:textId="77777777" w:rsidR="000738B7" w:rsidRPr="008055A6" w:rsidRDefault="004520DD" w:rsidP="000D2360">
      <w:pPr>
        <w:pStyle w:val="Heading2"/>
        <w:spacing w:before="480"/>
        <w:ind w:left="-567" w:right="-567"/>
        <w:rPr>
          <w:rFonts w:cstheme="majorHAnsi"/>
          <w:color w:val="F79646" w:themeColor="accent6"/>
          <w:sz w:val="28"/>
          <w:szCs w:val="28"/>
        </w:rPr>
      </w:pPr>
      <w:bookmarkStart w:id="23" w:name="_Toc219802446"/>
      <w:bookmarkStart w:id="24" w:name="_Toc238125648"/>
      <w:bookmarkEnd w:id="22"/>
      <w:r w:rsidRPr="00054393">
        <w:rPr>
          <w:rFonts w:cstheme="majorHAnsi"/>
          <w:color w:val="E36C0A" w:themeColor="accent6" w:themeShade="BF"/>
          <w:sz w:val="28"/>
          <w:szCs w:val="28"/>
        </w:rPr>
        <w:t xml:space="preserve">6. </w:t>
      </w:r>
      <w:bookmarkEnd w:id="23"/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INDICATORS &amp; MONITORING</w:t>
      </w:r>
      <w:bookmarkEnd w:id="24"/>
    </w:p>
    <w:p w14:paraId="5904371E" w14:textId="77777777" w:rsidR="00CC34D8" w:rsidRDefault="00CC34D8" w:rsidP="00CC34D8">
      <w:pPr>
        <w:spacing w:before="120"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Provide measurable indicators to track project progress.</w:t>
      </w:r>
    </w:p>
    <w:p w14:paraId="11C3523E" w14:textId="77777777" w:rsidR="00A35E8B" w:rsidRPr="00530248" w:rsidRDefault="00A35E8B" w:rsidP="00A35E8B">
      <w:pPr>
        <w:spacing w:after="120" w:line="276" w:lineRule="auto"/>
        <w:ind w:left="-567" w:right="-624"/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</w:pPr>
      <w:r w:rsidRPr="00530248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  <w:t>Example:</w:t>
      </w:r>
    </w:p>
    <w:tbl>
      <w:tblPr>
        <w:tblStyle w:val="GridTable4-Accent6"/>
        <w:tblW w:w="1006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133"/>
        <w:gridCol w:w="1984"/>
        <w:gridCol w:w="1843"/>
        <w:gridCol w:w="2549"/>
        <w:gridCol w:w="1556"/>
      </w:tblGrid>
      <w:tr w:rsidR="00502997" w14:paraId="1B81C29E" w14:textId="77777777" w:rsidTr="00C64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0D36CDEC" w14:textId="77777777" w:rsidR="00502997" w:rsidRPr="00502997" w:rsidRDefault="00502997" w:rsidP="00725A14">
            <w:pPr>
              <w:spacing w:before="160"/>
              <w:jc w:val="center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AF752C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Objective</w:t>
            </w:r>
          </w:p>
        </w:tc>
        <w:tc>
          <w:tcPr>
            <w:tcW w:w="1984" w:type="dxa"/>
            <w:hideMark/>
          </w:tcPr>
          <w:p w14:paraId="0A868F75" w14:textId="77777777" w:rsidR="00502997" w:rsidRPr="00502997" w:rsidRDefault="00502997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502997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Indicator</w:t>
            </w:r>
          </w:p>
        </w:tc>
        <w:tc>
          <w:tcPr>
            <w:tcW w:w="1843" w:type="dxa"/>
            <w:hideMark/>
          </w:tcPr>
          <w:p w14:paraId="673A423C" w14:textId="77777777" w:rsidR="00502997" w:rsidRPr="00502997" w:rsidRDefault="00502997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502997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Planned Target</w:t>
            </w:r>
          </w:p>
        </w:tc>
        <w:tc>
          <w:tcPr>
            <w:tcW w:w="2549" w:type="dxa"/>
            <w:hideMark/>
          </w:tcPr>
          <w:p w14:paraId="410BE39E" w14:textId="77777777" w:rsidR="00502997" w:rsidRPr="00502997" w:rsidRDefault="00502997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502997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Means of Verification</w:t>
            </w:r>
          </w:p>
        </w:tc>
        <w:tc>
          <w:tcPr>
            <w:tcW w:w="1556" w:type="dxa"/>
            <w:hideMark/>
          </w:tcPr>
          <w:p w14:paraId="00280CDA" w14:textId="77777777" w:rsidR="00502997" w:rsidRPr="00502997" w:rsidRDefault="00502997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502997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Monitoring Frequency</w:t>
            </w:r>
          </w:p>
        </w:tc>
      </w:tr>
      <w:tr w:rsidR="00502997" w14:paraId="3F78286B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5C13DC73" w14:textId="77777777" w:rsidR="00502997" w:rsidRPr="00A35E8B" w:rsidRDefault="00502997" w:rsidP="00502997">
            <w:pPr>
              <w:spacing w:before="120" w:after="12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Improve knowledge of brown bear</w:t>
            </w:r>
            <w:r w:rsidR="0084159A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distribution </w:t>
            </w:r>
          </w:p>
        </w:tc>
        <w:tc>
          <w:tcPr>
            <w:tcW w:w="1984" w:type="dxa"/>
            <w:hideMark/>
          </w:tcPr>
          <w:p w14:paraId="00FD00B9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Number of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camera traps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deployed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hideMark/>
          </w:tcPr>
          <w:p w14:paraId="05115DA0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25 camera traps</w:t>
            </w:r>
          </w:p>
        </w:tc>
        <w:tc>
          <w:tcPr>
            <w:tcW w:w="2549" w:type="dxa"/>
            <w:hideMark/>
          </w:tcPr>
          <w:p w14:paraId="0641813F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Camera trap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records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and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monitoring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database</w:t>
            </w:r>
          </w:p>
        </w:tc>
        <w:tc>
          <w:tcPr>
            <w:tcW w:w="1556" w:type="dxa"/>
            <w:hideMark/>
          </w:tcPr>
          <w:p w14:paraId="1A07FCC1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Quarterly</w:t>
            </w:r>
          </w:p>
        </w:tc>
      </w:tr>
      <w:tr w:rsidR="00502997" w14:paraId="5EADFC0B" w14:textId="77777777" w:rsidTr="00C645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7FB37100" w14:textId="77777777" w:rsidR="00502997" w:rsidRPr="002F5B91" w:rsidRDefault="00502997" w:rsidP="00502997">
            <w:pPr>
              <w:spacing w:before="120" w:after="12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Improve data on</w:t>
            </w:r>
            <w:r w:rsidR="0084159A"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bear population</w:t>
            </w:r>
            <w:r w:rsidR="0084159A"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and activity</w:t>
            </w:r>
          </w:p>
        </w:tc>
        <w:tc>
          <w:tcPr>
            <w:tcW w:w="1984" w:type="dxa"/>
            <w:hideMark/>
          </w:tcPr>
          <w:p w14:paraId="22030EEE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Number of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bear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hideMark/>
          </w:tcPr>
          <w:p w14:paraId="6A6072BC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≥10 bear</w:t>
            </w:r>
            <w:r w:rsidR="002F5B91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49" w:type="dxa"/>
            <w:hideMark/>
          </w:tcPr>
          <w:p w14:paraId="111E91EF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Camera trap photos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and monitoring reports</w:t>
            </w:r>
          </w:p>
        </w:tc>
        <w:tc>
          <w:tcPr>
            <w:tcW w:w="1556" w:type="dxa"/>
            <w:hideMark/>
          </w:tcPr>
          <w:p w14:paraId="5CD1260F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Quarterly</w:t>
            </w:r>
          </w:p>
        </w:tc>
      </w:tr>
      <w:tr w:rsidR="00502997" w14:paraId="05A0A943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53AB0FBB" w14:textId="77777777" w:rsidR="00502997" w:rsidRPr="002F5B91" w:rsidRDefault="00502997" w:rsidP="00502997">
            <w:pPr>
              <w:spacing w:before="120" w:after="12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lastRenderedPageBreak/>
              <w:t>Strengthen local</w:t>
            </w:r>
            <w:r w:rsid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capacity for bear</w:t>
            </w:r>
            <w:r w:rsidR="00C645F3"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monitoring</w:t>
            </w:r>
          </w:p>
        </w:tc>
        <w:tc>
          <w:tcPr>
            <w:tcW w:w="1984" w:type="dxa"/>
            <w:hideMark/>
          </w:tcPr>
          <w:p w14:paraId="64875BB0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Number of</w:t>
            </w:r>
            <w:r w:rsidR="002F5B91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rangers/</w:t>
            </w:r>
            <w:r w:rsidR="002F5B91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community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members trained</w:t>
            </w:r>
          </w:p>
        </w:tc>
        <w:tc>
          <w:tcPr>
            <w:tcW w:w="1843" w:type="dxa"/>
            <w:hideMark/>
          </w:tcPr>
          <w:p w14:paraId="37D55836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15 participants trained</w:t>
            </w:r>
          </w:p>
        </w:tc>
        <w:tc>
          <w:tcPr>
            <w:tcW w:w="2549" w:type="dxa"/>
            <w:hideMark/>
          </w:tcPr>
          <w:p w14:paraId="0EA5F154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Training attendance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sheets and workshop reports</w:t>
            </w:r>
          </w:p>
        </w:tc>
        <w:tc>
          <w:tcPr>
            <w:tcW w:w="1556" w:type="dxa"/>
            <w:hideMark/>
          </w:tcPr>
          <w:p w14:paraId="0F27D19A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After training</w:t>
            </w:r>
          </w:p>
        </w:tc>
      </w:tr>
      <w:tr w:rsidR="00502997" w14:paraId="626AF9AB" w14:textId="77777777" w:rsidTr="00C645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7F8A182C" w14:textId="77777777" w:rsidR="00502997" w:rsidRPr="002F5B91" w:rsidRDefault="00502997" w:rsidP="00502997">
            <w:pPr>
              <w:spacing w:before="120" w:after="12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Reduce human–bear conflict</w:t>
            </w:r>
            <w:r w:rsidR="00C645F3"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4" w:type="dxa"/>
            <w:hideMark/>
          </w:tcPr>
          <w:p w14:paraId="6FCE4FF6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Number of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mitigation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measures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implemented</w:t>
            </w:r>
          </w:p>
        </w:tc>
        <w:tc>
          <w:tcPr>
            <w:tcW w:w="1843" w:type="dxa"/>
            <w:hideMark/>
          </w:tcPr>
          <w:p w14:paraId="58DE737F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5 communities using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mitigation tools</w:t>
            </w:r>
          </w:p>
        </w:tc>
        <w:tc>
          <w:tcPr>
            <w:tcW w:w="2549" w:type="dxa"/>
            <w:hideMark/>
          </w:tcPr>
          <w:p w14:paraId="6901B4F6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Field reports and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c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ommunity surveys</w:t>
            </w:r>
          </w:p>
        </w:tc>
        <w:tc>
          <w:tcPr>
            <w:tcW w:w="1556" w:type="dxa"/>
            <w:hideMark/>
          </w:tcPr>
          <w:p w14:paraId="01883BCE" w14:textId="77777777" w:rsidR="00502997" w:rsidRPr="00A35E8B" w:rsidRDefault="00502997" w:rsidP="005029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Every 6 months</w:t>
            </w:r>
          </w:p>
        </w:tc>
      </w:tr>
      <w:tr w:rsidR="00502997" w14:paraId="13C350C3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3" w:type="dxa"/>
            <w:hideMark/>
          </w:tcPr>
          <w:p w14:paraId="3CF8F8ED" w14:textId="77777777" w:rsidR="00502997" w:rsidRPr="002F5B91" w:rsidRDefault="00502997" w:rsidP="00502997">
            <w:pPr>
              <w:spacing w:before="120" w:after="12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Increase local</w:t>
            </w:r>
            <w:r w:rsidR="0084159A"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 xml:space="preserve"> </w:t>
            </w: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awareness </w:t>
            </w:r>
          </w:p>
        </w:tc>
        <w:tc>
          <w:tcPr>
            <w:tcW w:w="1984" w:type="dxa"/>
            <w:hideMark/>
          </w:tcPr>
          <w:p w14:paraId="36727F4E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Number of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workshops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conducted</w:t>
            </w:r>
          </w:p>
        </w:tc>
        <w:tc>
          <w:tcPr>
            <w:tcW w:w="1843" w:type="dxa"/>
            <w:hideMark/>
          </w:tcPr>
          <w:p w14:paraId="618A99B1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4 workshops with ≥100</w:t>
            </w:r>
            <w:r w:rsidR="00C645F3"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participants</w:t>
            </w:r>
          </w:p>
        </w:tc>
        <w:tc>
          <w:tcPr>
            <w:tcW w:w="2549" w:type="dxa"/>
            <w:hideMark/>
          </w:tcPr>
          <w:p w14:paraId="1D370AA6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Workshop reports and</w:t>
            </w:r>
            <w:r w:rsidR="0084159A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participant lists</w:t>
            </w:r>
          </w:p>
        </w:tc>
        <w:tc>
          <w:tcPr>
            <w:tcW w:w="1556" w:type="dxa"/>
            <w:hideMark/>
          </w:tcPr>
          <w:p w14:paraId="63A032A2" w14:textId="77777777" w:rsidR="00502997" w:rsidRPr="00A35E8B" w:rsidRDefault="00502997" w:rsidP="005029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A35E8B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After each event</w:t>
            </w:r>
          </w:p>
        </w:tc>
      </w:tr>
    </w:tbl>
    <w:p w14:paraId="46FE0F7F" w14:textId="77777777" w:rsidR="00CC34D8" w:rsidRPr="00054393" w:rsidRDefault="00C645F3" w:rsidP="00A35E8B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054393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1BA55FFE" w14:textId="77777777" w:rsidR="000738B7" w:rsidRPr="00054393" w:rsidRDefault="004520DD" w:rsidP="00A1094B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25" w:name="_Toc219802447"/>
      <w:bookmarkStart w:id="26" w:name="_Toc238125649"/>
      <w:r w:rsidRPr="00054393">
        <w:rPr>
          <w:rFonts w:cstheme="majorHAnsi"/>
          <w:color w:val="E36C0A" w:themeColor="accent6" w:themeShade="BF"/>
          <w:sz w:val="28"/>
          <w:szCs w:val="28"/>
        </w:rPr>
        <w:t xml:space="preserve">7. </w:t>
      </w:r>
      <w:bookmarkEnd w:id="25"/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PROJECT TEAM &amp; PARTNERS</w:t>
      </w:r>
      <w:bookmarkEnd w:id="26"/>
    </w:p>
    <w:p w14:paraId="3260597B" w14:textId="77777777" w:rsidR="00C645F3" w:rsidRPr="0000578F" w:rsidRDefault="00C645F3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List key project team members and collaborating organizations.</w:t>
      </w:r>
    </w:p>
    <w:p w14:paraId="3555A517" w14:textId="77777777" w:rsidR="00C645F3" w:rsidRPr="006A6909" w:rsidRDefault="00C645F3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Briefly describe the role of each partner and any relevant cooperation agreements related to the project</w:t>
      </w:r>
      <w:r w:rsidRPr="006A6909">
        <w:rPr>
          <w:rFonts w:asciiTheme="majorHAnsi" w:hAnsiTheme="majorHAnsi" w:cstheme="majorHAnsi"/>
          <w:iCs/>
          <w:color w:val="000000" w:themeColor="text1"/>
        </w:rPr>
        <w:t xml:space="preserve"> </w:t>
      </w:r>
      <w:r w:rsidRPr="0000578F">
        <w:rPr>
          <w:rFonts w:asciiTheme="majorHAnsi" w:hAnsiTheme="majorHAnsi" w:cstheme="majorHAnsi"/>
          <w:iCs/>
          <w:color w:val="000000" w:themeColor="text1"/>
        </w:rPr>
        <w:t>and responsibility within the project.</w:t>
      </w:r>
    </w:p>
    <w:p w14:paraId="31AB424A" w14:textId="77777777" w:rsidR="00C645F3" w:rsidRPr="00530248" w:rsidRDefault="00A35E8B" w:rsidP="00A35E8B">
      <w:pPr>
        <w:spacing w:after="120" w:line="276" w:lineRule="auto"/>
        <w:ind w:left="-567" w:right="-624"/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</w:pPr>
      <w:r w:rsidRPr="00530248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  <w:t>Example:</w:t>
      </w:r>
    </w:p>
    <w:tbl>
      <w:tblPr>
        <w:tblStyle w:val="GridTable4-Accent6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842"/>
        <w:gridCol w:w="2552"/>
        <w:gridCol w:w="2268"/>
      </w:tblGrid>
      <w:tr w:rsidR="00C645F3" w14:paraId="7BC1ACA1" w14:textId="77777777" w:rsidTr="00C64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121AF00B" w14:textId="77777777" w:rsidR="00C645F3" w:rsidRPr="00C645F3" w:rsidRDefault="00C645F3" w:rsidP="00C645F3">
            <w:pPr>
              <w:spacing w:before="160"/>
              <w:jc w:val="center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Name</w:t>
            </w:r>
          </w:p>
        </w:tc>
        <w:tc>
          <w:tcPr>
            <w:tcW w:w="1701" w:type="dxa"/>
            <w:hideMark/>
          </w:tcPr>
          <w:p w14:paraId="2E77A3B3" w14:textId="77777777" w:rsidR="00C645F3" w:rsidRPr="00C645F3" w:rsidRDefault="00C645F3" w:rsidP="00C645F3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Organization</w:t>
            </w:r>
          </w:p>
        </w:tc>
        <w:tc>
          <w:tcPr>
            <w:tcW w:w="1842" w:type="dxa"/>
            <w:hideMark/>
          </w:tcPr>
          <w:p w14:paraId="3ECFCB5D" w14:textId="77777777" w:rsidR="00C645F3" w:rsidRPr="00C645F3" w:rsidRDefault="00C645F3" w:rsidP="00C645F3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Role in the</w:t>
            </w:r>
            <w:r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Project</w:t>
            </w:r>
          </w:p>
        </w:tc>
        <w:tc>
          <w:tcPr>
            <w:tcW w:w="2552" w:type="dxa"/>
            <w:hideMark/>
          </w:tcPr>
          <w:p w14:paraId="44B9979C" w14:textId="77777777" w:rsidR="00C645F3" w:rsidRPr="00C645F3" w:rsidRDefault="00C645F3" w:rsidP="00C645F3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Key Responsibilities</w:t>
            </w:r>
          </w:p>
        </w:tc>
        <w:tc>
          <w:tcPr>
            <w:tcW w:w="2268" w:type="dxa"/>
            <w:hideMark/>
          </w:tcPr>
          <w:p w14:paraId="1EFA19EF" w14:textId="77777777" w:rsidR="00C645F3" w:rsidRPr="00C645F3" w:rsidRDefault="00C645F3" w:rsidP="00C645F3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1"/>
                <w:szCs w:val="21"/>
                <w:lang w:eastAsia="en-US"/>
              </w:rPr>
              <w:t>Type of Partnership</w:t>
            </w:r>
          </w:p>
        </w:tc>
      </w:tr>
      <w:tr w:rsidR="00C645F3" w14:paraId="76C10C65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50088F47" w14:textId="77777777" w:rsidR="00C645F3" w:rsidRPr="00C645F3" w:rsidRDefault="00C645F3" w:rsidP="00C645F3">
            <w:pPr>
              <w:spacing w:before="16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Project Leader</w:t>
            </w:r>
          </w:p>
        </w:tc>
        <w:tc>
          <w:tcPr>
            <w:tcW w:w="1701" w:type="dxa"/>
            <w:hideMark/>
          </w:tcPr>
          <w:p w14:paraId="736D7B1E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Lead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Organization</w:t>
            </w:r>
          </w:p>
        </w:tc>
        <w:tc>
          <w:tcPr>
            <w:tcW w:w="1842" w:type="dxa"/>
            <w:hideMark/>
          </w:tcPr>
          <w:p w14:paraId="4A19366B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Project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coordination</w:t>
            </w:r>
          </w:p>
        </w:tc>
        <w:tc>
          <w:tcPr>
            <w:tcW w:w="2552" w:type="dxa"/>
            <w:hideMark/>
          </w:tcPr>
          <w:p w14:paraId="44497EE9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Overall management,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reporting to Bears in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Mind, supervision of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field activities</w:t>
            </w:r>
          </w:p>
        </w:tc>
        <w:tc>
          <w:tcPr>
            <w:tcW w:w="2268" w:type="dxa"/>
            <w:hideMark/>
          </w:tcPr>
          <w:p w14:paraId="52969AE4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Implementing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partner</w:t>
            </w:r>
          </w:p>
        </w:tc>
      </w:tr>
      <w:tr w:rsidR="00C645F3" w14:paraId="65719BAE" w14:textId="77777777" w:rsidTr="00C645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67056A49" w14:textId="77777777" w:rsidR="00C645F3" w:rsidRPr="002F5B91" w:rsidRDefault="00C645F3" w:rsidP="00C645F3">
            <w:pPr>
              <w:spacing w:before="16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Field Coordinator</w:t>
            </w:r>
          </w:p>
        </w:tc>
        <w:tc>
          <w:tcPr>
            <w:tcW w:w="1701" w:type="dxa"/>
            <w:hideMark/>
          </w:tcPr>
          <w:p w14:paraId="55CB6C6D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Local NGO </w:t>
            </w:r>
          </w:p>
        </w:tc>
        <w:tc>
          <w:tcPr>
            <w:tcW w:w="1842" w:type="dxa"/>
            <w:hideMark/>
          </w:tcPr>
          <w:p w14:paraId="780B7FBD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Field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implementation</w:t>
            </w:r>
          </w:p>
        </w:tc>
        <w:tc>
          <w:tcPr>
            <w:tcW w:w="2552" w:type="dxa"/>
            <w:hideMark/>
          </w:tcPr>
          <w:p w14:paraId="6C30764F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Coordinate monitoring activities, supervise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field teams, manage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equipment</w:t>
            </w:r>
          </w:p>
        </w:tc>
        <w:tc>
          <w:tcPr>
            <w:tcW w:w="2268" w:type="dxa"/>
            <w:hideMark/>
          </w:tcPr>
          <w:p w14:paraId="1A37B042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Local implementing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partner</w:t>
            </w:r>
          </w:p>
        </w:tc>
      </w:tr>
      <w:tr w:rsidR="00C645F3" w14:paraId="4DAB000F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526E5BE5" w14:textId="77777777" w:rsidR="00C645F3" w:rsidRPr="002F5B91" w:rsidRDefault="00C645F3" w:rsidP="00C645F3">
            <w:pPr>
              <w:spacing w:before="16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Research Advisor</w:t>
            </w:r>
          </w:p>
        </w:tc>
        <w:tc>
          <w:tcPr>
            <w:tcW w:w="1701" w:type="dxa"/>
            <w:hideMark/>
          </w:tcPr>
          <w:p w14:paraId="6EC8396E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University / Research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Institute</w:t>
            </w:r>
          </w:p>
        </w:tc>
        <w:tc>
          <w:tcPr>
            <w:tcW w:w="1842" w:type="dxa"/>
            <w:hideMark/>
          </w:tcPr>
          <w:p w14:paraId="1250179E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Scientific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advisor</w:t>
            </w:r>
          </w:p>
        </w:tc>
        <w:tc>
          <w:tcPr>
            <w:tcW w:w="2552" w:type="dxa"/>
            <w:hideMark/>
          </w:tcPr>
          <w:p w14:paraId="25A6B62E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Support study design,</w:t>
            </w:r>
            <w:r w:rsidR="002F5B91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data analysis, and</w:t>
            </w:r>
            <w:r w:rsidR="002F5B91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publication of results</w:t>
            </w:r>
          </w:p>
        </w:tc>
        <w:tc>
          <w:tcPr>
            <w:tcW w:w="2268" w:type="dxa"/>
            <w:hideMark/>
          </w:tcPr>
          <w:p w14:paraId="07A7DBE1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Scientific partner</w:t>
            </w:r>
          </w:p>
        </w:tc>
      </w:tr>
      <w:tr w:rsidR="00C645F3" w14:paraId="7FB7B3A9" w14:textId="77777777" w:rsidTr="00C645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342E1791" w14:textId="77777777" w:rsidR="00C645F3" w:rsidRPr="002F5B91" w:rsidRDefault="00C645F3" w:rsidP="00C645F3">
            <w:pPr>
              <w:spacing w:before="16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Local Rangers / Community Members</w:t>
            </w:r>
          </w:p>
        </w:tc>
        <w:tc>
          <w:tcPr>
            <w:tcW w:w="1701" w:type="dxa"/>
            <w:hideMark/>
          </w:tcPr>
          <w:p w14:paraId="674AE087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Local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community </w:t>
            </w:r>
          </w:p>
        </w:tc>
        <w:tc>
          <w:tcPr>
            <w:tcW w:w="1842" w:type="dxa"/>
            <w:hideMark/>
          </w:tcPr>
          <w:p w14:paraId="3E94867E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Monitoring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support</w:t>
            </w:r>
          </w:p>
        </w:tc>
        <w:tc>
          <w:tcPr>
            <w:tcW w:w="2552" w:type="dxa"/>
            <w:hideMark/>
          </w:tcPr>
          <w:p w14:paraId="62F85561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Deploy camera traps,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collect field data,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report bear activity</w:t>
            </w:r>
          </w:p>
        </w:tc>
        <w:tc>
          <w:tcPr>
            <w:tcW w:w="2268" w:type="dxa"/>
            <w:hideMark/>
          </w:tcPr>
          <w:p w14:paraId="6BF0609F" w14:textId="77777777" w:rsidR="00C645F3" w:rsidRPr="00C645F3" w:rsidRDefault="00C645F3" w:rsidP="00C645F3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Community partner</w:t>
            </w:r>
          </w:p>
        </w:tc>
      </w:tr>
      <w:tr w:rsidR="00C645F3" w14:paraId="1D036507" w14:textId="77777777" w:rsidTr="00C64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14:paraId="45745CFF" w14:textId="77777777" w:rsidR="00C645F3" w:rsidRPr="002F5B91" w:rsidRDefault="00C645F3" w:rsidP="00C645F3">
            <w:pPr>
              <w:spacing w:before="160"/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</w:pPr>
            <w:r w:rsidRPr="002F5B91">
              <w:rPr>
                <w:rFonts w:asciiTheme="majorHAnsi" w:eastAsiaTheme="minorEastAsia" w:hAnsiTheme="majorHAnsi" w:cstheme="majorHAnsi"/>
                <w:b w:val="0"/>
                <w:bCs w:val="0"/>
                <w:caps/>
                <w:sz w:val="20"/>
                <w:szCs w:val="20"/>
                <w:lang w:eastAsia="en-US"/>
              </w:rPr>
              <w:t>Government Authority</w:t>
            </w:r>
          </w:p>
        </w:tc>
        <w:tc>
          <w:tcPr>
            <w:tcW w:w="1701" w:type="dxa"/>
            <w:hideMark/>
          </w:tcPr>
          <w:p w14:paraId="1C206D31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Ministry / Park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Authority</w:t>
            </w:r>
          </w:p>
        </w:tc>
        <w:tc>
          <w:tcPr>
            <w:tcW w:w="1842" w:type="dxa"/>
            <w:hideMark/>
          </w:tcPr>
          <w:p w14:paraId="2309C060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Institutional</w:t>
            </w:r>
            <w:r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 xml:space="preserve"> </w:t>
            </w: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partner</w:t>
            </w:r>
          </w:p>
        </w:tc>
        <w:tc>
          <w:tcPr>
            <w:tcW w:w="2552" w:type="dxa"/>
            <w:hideMark/>
          </w:tcPr>
          <w:p w14:paraId="4825F8F8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Provide permits</w:t>
            </w:r>
          </w:p>
        </w:tc>
        <w:tc>
          <w:tcPr>
            <w:tcW w:w="2268" w:type="dxa"/>
            <w:hideMark/>
          </w:tcPr>
          <w:p w14:paraId="73CD109E" w14:textId="77777777" w:rsidR="00C645F3" w:rsidRPr="00C645F3" w:rsidRDefault="00C645F3" w:rsidP="00C645F3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</w:pPr>
            <w:r w:rsidRPr="00C645F3">
              <w:rPr>
                <w:rFonts w:asciiTheme="majorHAnsi" w:eastAsiaTheme="minorEastAsia" w:hAnsiTheme="majorHAnsi" w:cstheme="majorHAnsi"/>
                <w:caps/>
                <w:sz w:val="20"/>
                <w:szCs w:val="20"/>
                <w:lang w:eastAsia="en-US"/>
              </w:rPr>
              <w:t>Government partner</w:t>
            </w:r>
          </w:p>
        </w:tc>
      </w:tr>
    </w:tbl>
    <w:p w14:paraId="2647791D" w14:textId="77777777" w:rsidR="00C645F3" w:rsidRPr="00054393" w:rsidRDefault="00A35E8B" w:rsidP="00A35E8B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054393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1EFE1086" w14:textId="3358259D" w:rsidR="00A63931" w:rsidRPr="00054393" w:rsidRDefault="004520DD" w:rsidP="000D2360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27" w:name="_Toc238125650"/>
      <w:r w:rsidRPr="00054393">
        <w:rPr>
          <w:rFonts w:cstheme="majorHAnsi"/>
          <w:color w:val="E36C0A" w:themeColor="accent6" w:themeShade="BF"/>
          <w:sz w:val="28"/>
          <w:szCs w:val="28"/>
        </w:rPr>
        <w:lastRenderedPageBreak/>
        <w:t xml:space="preserve">8. </w:t>
      </w:r>
      <w:bookmarkStart w:id="28" w:name="_Toc219802448"/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LONG</w:t>
      </w:r>
      <w:r w:rsidR="00CC34D8" w:rsidRPr="00054393">
        <w:rPr>
          <w:rFonts w:ascii="Cambria Math" w:hAnsi="Cambria Math" w:cs="Cambria Math"/>
          <w:color w:val="E36C0A" w:themeColor="accent6" w:themeShade="BF"/>
          <w:sz w:val="28"/>
          <w:szCs w:val="28"/>
        </w:rPr>
        <w:t>‑</w:t>
      </w:r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TERM IMPACT</w:t>
      </w:r>
      <w:r w:rsidR="00EA0CA8" w:rsidRPr="00054393">
        <w:rPr>
          <w:rFonts w:cstheme="majorHAnsi"/>
          <w:color w:val="E36C0A" w:themeColor="accent6" w:themeShade="BF"/>
          <w:sz w:val="28"/>
          <w:szCs w:val="28"/>
        </w:rPr>
        <w:t xml:space="preserve"> (max. 200 words)</w:t>
      </w:r>
      <w:bookmarkEnd w:id="27"/>
    </w:p>
    <w:bookmarkEnd w:id="28"/>
    <w:p w14:paraId="13CCA6FF" w14:textId="77777777" w:rsidR="00CC34D8" w:rsidRPr="0000578F" w:rsidRDefault="00CC34D8" w:rsidP="0000578F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how project results will continue after project funding ends and how local partners will maintain activities.</w:t>
      </w:r>
    </w:p>
    <w:p w14:paraId="2D2F2E99" w14:textId="357F8F39" w:rsidR="00A63931" w:rsidRPr="00054393" w:rsidRDefault="004520DD" w:rsidP="000D2360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29" w:name="_Toc238125651"/>
      <w:r w:rsidRPr="00054393">
        <w:rPr>
          <w:rFonts w:cstheme="majorHAnsi"/>
          <w:color w:val="E36C0A" w:themeColor="accent6" w:themeShade="BF"/>
          <w:sz w:val="28"/>
          <w:szCs w:val="28"/>
        </w:rPr>
        <w:t xml:space="preserve">9. </w:t>
      </w:r>
      <w:bookmarkStart w:id="30" w:name="_Toc219802449"/>
      <w:r w:rsidR="00CC34D8" w:rsidRPr="00054393">
        <w:rPr>
          <w:rFonts w:cstheme="majorHAnsi"/>
          <w:color w:val="E36C0A" w:themeColor="accent6" w:themeShade="BF"/>
          <w:sz w:val="28"/>
          <w:szCs w:val="28"/>
        </w:rPr>
        <w:t>RISKS &amp; MITIGATION</w:t>
      </w:r>
      <w:r w:rsidR="00EA0CA8" w:rsidRPr="00054393">
        <w:rPr>
          <w:rFonts w:cstheme="majorHAnsi"/>
          <w:color w:val="E36C0A" w:themeColor="accent6" w:themeShade="BF"/>
          <w:sz w:val="28"/>
          <w:szCs w:val="28"/>
        </w:rPr>
        <w:t xml:space="preserve"> (max. 200 words)</w:t>
      </w:r>
      <w:bookmarkEnd w:id="29"/>
    </w:p>
    <w:p w14:paraId="061B72A3" w14:textId="77777777" w:rsidR="0023043C" w:rsidRPr="0000578F" w:rsidRDefault="0023043C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Describe potential risks (logistics, permits, finances, security) and how they will be managed.</w:t>
      </w:r>
    </w:p>
    <w:p w14:paraId="66097C87" w14:textId="77777777" w:rsidR="0023043C" w:rsidRPr="0000578F" w:rsidRDefault="0023043C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Where relevant, indicate whether the necessary personnel, equipment, permits, and financial resources are already available or arranged.</w:t>
      </w:r>
    </w:p>
    <w:p w14:paraId="14FB326B" w14:textId="77777777" w:rsidR="000738B7" w:rsidRPr="00BD66B6" w:rsidRDefault="00A63931" w:rsidP="000D2360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31" w:name="_Toc238125652"/>
      <w:r w:rsidRPr="00BD66B6">
        <w:rPr>
          <w:rFonts w:cstheme="majorHAnsi"/>
          <w:color w:val="E36C0A" w:themeColor="accent6" w:themeShade="BF"/>
          <w:sz w:val="28"/>
          <w:szCs w:val="28"/>
        </w:rPr>
        <w:t>10.</w:t>
      </w:r>
      <w:bookmarkEnd w:id="30"/>
      <w:r w:rsidR="00CC34D8" w:rsidRPr="00BD66B6">
        <w:rPr>
          <w:rFonts w:cstheme="majorHAnsi"/>
          <w:color w:val="E36C0A" w:themeColor="accent6" w:themeShade="BF"/>
          <w:sz w:val="28"/>
          <w:szCs w:val="28"/>
        </w:rPr>
        <w:t xml:space="preserve"> FINANCIAL OVERVIEW</w:t>
      </w:r>
      <w:bookmarkEnd w:id="31"/>
    </w:p>
    <w:p w14:paraId="03C9F184" w14:textId="77777777" w:rsidR="00CC0B24" w:rsidRPr="0000578F" w:rsidRDefault="00CC0B24" w:rsidP="00CC34D8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 xml:space="preserve">Provide an overview of the proposed project budget. A detailed budget (in EUR) should be included </w:t>
      </w:r>
      <w:r w:rsidRPr="00895E69">
        <w:rPr>
          <w:rFonts w:asciiTheme="majorHAnsi" w:hAnsiTheme="majorHAnsi" w:cstheme="majorHAnsi"/>
          <w:iCs/>
          <w:color w:val="000000" w:themeColor="text1"/>
        </w:rPr>
        <w:t>as an appendix or in the accompanying budget spreadsheet.</w:t>
      </w:r>
    </w:p>
    <w:p w14:paraId="754302BB" w14:textId="77777777" w:rsidR="00CC34D8" w:rsidRPr="00242E3B" w:rsidRDefault="00CC34D8" w:rsidP="001363DF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32" w:name="_Toc238125653"/>
      <w:r>
        <w:rPr>
          <w:rFonts w:cstheme="majorHAnsi"/>
          <w:color w:val="F79646" w:themeColor="accent6"/>
        </w:rPr>
        <w:t>10</w:t>
      </w:r>
      <w:r w:rsidRPr="00242E3B">
        <w:rPr>
          <w:rFonts w:cstheme="majorHAnsi"/>
          <w:color w:val="F79646" w:themeColor="accent6"/>
        </w:rPr>
        <w:t xml:space="preserve">.1 </w:t>
      </w:r>
      <w:r w:rsidR="00CC0B24" w:rsidRPr="00CC0B24">
        <w:rPr>
          <w:rFonts w:cstheme="majorHAnsi"/>
          <w:color w:val="F79646" w:themeColor="accent6"/>
        </w:rPr>
        <w:t>Funding Requested from Bears in Mind</w:t>
      </w:r>
      <w:bookmarkEnd w:id="32"/>
    </w:p>
    <w:p w14:paraId="26CCBF77" w14:textId="77777777" w:rsidR="00CC0B24" w:rsidRPr="0000578F" w:rsidRDefault="00CC0B24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Total project budget: €</w:t>
      </w:r>
    </w:p>
    <w:p w14:paraId="17D9F1B4" w14:textId="77777777" w:rsidR="00CC0B24" w:rsidRPr="0000578F" w:rsidRDefault="00CC0B24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Amount requested from Bears in Mind: €</w:t>
      </w:r>
    </w:p>
    <w:p w14:paraId="1F1A4615" w14:textId="77777777" w:rsidR="00CC0B24" w:rsidRPr="0000578F" w:rsidRDefault="00CC0B24" w:rsidP="006A690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Briefly indicate how the requested funding will contribute to the project.</w:t>
      </w:r>
    </w:p>
    <w:p w14:paraId="4DFF563D" w14:textId="77777777" w:rsidR="00CC0B24" w:rsidRDefault="00CC0B24" w:rsidP="00D56100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33" w:name="_Toc238125654"/>
      <w:r>
        <w:rPr>
          <w:rFonts w:cstheme="majorHAnsi"/>
          <w:color w:val="F79646" w:themeColor="accent6"/>
        </w:rPr>
        <w:t>10</w:t>
      </w:r>
      <w:r w:rsidRPr="00242E3B">
        <w:rPr>
          <w:rFonts w:cstheme="majorHAnsi"/>
          <w:color w:val="F79646" w:themeColor="accent6"/>
        </w:rPr>
        <w:t>.</w:t>
      </w:r>
      <w:r w:rsidR="00EC510F">
        <w:rPr>
          <w:rFonts w:cstheme="majorHAnsi"/>
          <w:color w:val="F79646" w:themeColor="accent6"/>
        </w:rPr>
        <w:t>2</w:t>
      </w:r>
      <w:r w:rsidRPr="00242E3B">
        <w:rPr>
          <w:rFonts w:cstheme="majorHAnsi"/>
          <w:color w:val="F79646" w:themeColor="accent6"/>
        </w:rPr>
        <w:t xml:space="preserve"> Financial Overview Table</w:t>
      </w:r>
      <w:bookmarkEnd w:id="33"/>
    </w:p>
    <w:p w14:paraId="579C4E5B" w14:textId="77777777" w:rsidR="00D56100" w:rsidRPr="00A35E8B" w:rsidRDefault="00D56100" w:rsidP="00A35E8B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A35E8B">
        <w:rPr>
          <w:rFonts w:asciiTheme="majorHAnsi" w:hAnsiTheme="majorHAnsi" w:cstheme="majorHAnsi"/>
          <w:iCs/>
          <w:color w:val="000000" w:themeColor="text1"/>
        </w:rPr>
        <w:t>Provide a summary of the project budget.</w:t>
      </w:r>
    </w:p>
    <w:p w14:paraId="2276DDFD" w14:textId="77777777" w:rsidR="00D56100" w:rsidRPr="006A6909" w:rsidRDefault="00A35E8B" w:rsidP="00A35E8B">
      <w:pPr>
        <w:spacing w:after="120" w:line="276" w:lineRule="auto"/>
        <w:ind w:left="-567" w:right="-624"/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</w:pPr>
      <w:r w:rsidRPr="006A6909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  <w:lang w:eastAsia="en-US"/>
        </w:rPr>
        <w:t>Example:</w:t>
      </w:r>
    </w:p>
    <w:tbl>
      <w:tblPr>
        <w:tblStyle w:val="GridTable4-Accent6"/>
        <w:tblW w:w="10060" w:type="dxa"/>
        <w:jc w:val="center"/>
        <w:tblLook w:val="04A0" w:firstRow="1" w:lastRow="0" w:firstColumn="1" w:lastColumn="0" w:noHBand="0" w:noVBand="1"/>
      </w:tblPr>
      <w:tblGrid>
        <w:gridCol w:w="3828"/>
        <w:gridCol w:w="1984"/>
        <w:gridCol w:w="4248"/>
      </w:tblGrid>
      <w:tr w:rsidR="00CC34D8" w:rsidRPr="00BD37AA" w14:paraId="46ED8915" w14:textId="77777777" w:rsidTr="00CC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452F0016" w14:textId="77777777" w:rsidR="00CC34D8" w:rsidRPr="00BD37AA" w:rsidRDefault="00CC34D8" w:rsidP="00C45588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Cost category</w:t>
            </w:r>
          </w:p>
        </w:tc>
        <w:tc>
          <w:tcPr>
            <w:tcW w:w="1984" w:type="dxa"/>
            <w:hideMark/>
          </w:tcPr>
          <w:p w14:paraId="37232947" w14:textId="77777777" w:rsidR="00CC34D8" w:rsidRPr="00BD37AA" w:rsidRDefault="00CC34D8" w:rsidP="00CC34D8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1"/>
                <w:szCs w:val="21"/>
              </w:rPr>
            </w:pPr>
            <w:r w:rsidRPr="00CC34D8">
              <w:rPr>
                <w:rFonts w:asciiTheme="majorHAnsi" w:hAnsiTheme="majorHAnsi" w:cstheme="majorHAnsi"/>
                <w:caps/>
                <w:sz w:val="21"/>
                <w:szCs w:val="21"/>
              </w:rPr>
              <w:t>Estimated (€)</w:t>
            </w:r>
          </w:p>
        </w:tc>
        <w:tc>
          <w:tcPr>
            <w:tcW w:w="4248" w:type="dxa"/>
            <w:hideMark/>
          </w:tcPr>
          <w:p w14:paraId="5AF3681A" w14:textId="77777777" w:rsidR="00CC34D8" w:rsidRPr="00552A8B" w:rsidRDefault="00CC34D8" w:rsidP="00552A8B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CC34D8">
              <w:rPr>
                <w:rFonts w:asciiTheme="majorHAnsi" w:hAnsiTheme="majorHAnsi" w:cstheme="majorHAnsi"/>
                <w:caps/>
                <w:sz w:val="21"/>
                <w:szCs w:val="21"/>
              </w:rPr>
              <w:t>Notes (if relevant)</w:t>
            </w:r>
          </w:p>
        </w:tc>
      </w:tr>
      <w:tr w:rsidR="00CC34D8" w:rsidRPr="00BD37AA" w14:paraId="1E625127" w14:textId="77777777" w:rsidTr="00CC3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21B0CA17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Personnel &amp; local staff</w:t>
            </w:r>
          </w:p>
        </w:tc>
        <w:tc>
          <w:tcPr>
            <w:tcW w:w="1984" w:type="dxa"/>
            <w:hideMark/>
          </w:tcPr>
          <w:p w14:paraId="16459792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06D46CE5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3CEAE6BB" w14:textId="77777777" w:rsidTr="00CC34D8">
        <w:trPr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3CD01557" w14:textId="77777777" w:rsidR="00CC34D8" w:rsidRPr="003C746B" w:rsidRDefault="00CC34D8" w:rsidP="00C45588">
            <w:pPr>
              <w:spacing w:before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 xml:space="preserve">Field activities &amp; </w:t>
            </w:r>
          </w:p>
          <w:p w14:paraId="15CF9216" w14:textId="77777777" w:rsidR="00CC34D8" w:rsidRPr="00BD37AA" w:rsidRDefault="00CC34D8" w:rsidP="00C45588">
            <w:pPr>
              <w:spacing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operational costs</w:t>
            </w:r>
          </w:p>
        </w:tc>
        <w:tc>
          <w:tcPr>
            <w:tcW w:w="1984" w:type="dxa"/>
            <w:hideMark/>
          </w:tcPr>
          <w:p w14:paraId="5724038C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1BA8FC7C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05FA28C4" w14:textId="77777777" w:rsidTr="00CC3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AA26AEE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Equipment &amp; materials</w:t>
            </w:r>
          </w:p>
        </w:tc>
        <w:tc>
          <w:tcPr>
            <w:tcW w:w="1984" w:type="dxa"/>
            <w:hideMark/>
          </w:tcPr>
          <w:p w14:paraId="63ECDB84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10AE337E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1DCF9DA6" w14:textId="77777777" w:rsidTr="00CC34D8">
        <w:trPr>
          <w:trHeight w:val="5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8FA9F52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Travel &amp; local transport</w:t>
            </w:r>
          </w:p>
        </w:tc>
        <w:tc>
          <w:tcPr>
            <w:tcW w:w="1984" w:type="dxa"/>
            <w:hideMark/>
          </w:tcPr>
          <w:p w14:paraId="71BF0EDD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49AA1AB6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35A74848" w14:textId="77777777" w:rsidTr="00CC3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40DFA180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Workshops, trainings &amp; meetings</w:t>
            </w:r>
          </w:p>
        </w:tc>
        <w:tc>
          <w:tcPr>
            <w:tcW w:w="1984" w:type="dxa"/>
            <w:hideMark/>
          </w:tcPr>
          <w:p w14:paraId="5E438E2E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60B25D04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12882FD7" w14:textId="77777777" w:rsidTr="00CC34D8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D8CC639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Monitoring, research &amp; data collection</w:t>
            </w:r>
          </w:p>
        </w:tc>
        <w:tc>
          <w:tcPr>
            <w:tcW w:w="1984" w:type="dxa"/>
            <w:hideMark/>
          </w:tcPr>
          <w:p w14:paraId="4C9D7144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4F0F2195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549FDA26" w14:textId="77777777" w:rsidTr="00CC3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0DA0155D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Communication &amp; outreach</w:t>
            </w:r>
          </w:p>
        </w:tc>
        <w:tc>
          <w:tcPr>
            <w:tcW w:w="1984" w:type="dxa"/>
            <w:hideMark/>
          </w:tcPr>
          <w:p w14:paraId="5160447C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75302F9F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21BD6341" w14:textId="77777777" w:rsidTr="00CC34D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380D985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lastRenderedPageBreak/>
              <w:t>Administration &amp; coordination</w:t>
            </w:r>
          </w:p>
        </w:tc>
        <w:tc>
          <w:tcPr>
            <w:tcW w:w="1984" w:type="dxa"/>
            <w:hideMark/>
          </w:tcPr>
          <w:p w14:paraId="51258481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275923C1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0052AE28" w14:textId="77777777" w:rsidTr="00CC3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79957AAB" w14:textId="77777777" w:rsidR="00CC34D8" w:rsidRPr="00BD37AA" w:rsidRDefault="00CC34D8" w:rsidP="00C45588">
            <w:pPr>
              <w:spacing w:before="120" w:after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 xml:space="preserve">Other costs </w:t>
            </w:r>
            <w:r>
              <w:rPr>
                <w:rFonts w:asciiTheme="majorHAnsi" w:hAnsiTheme="majorHAnsi" w:cstheme="majorHAnsi"/>
                <w:caps/>
                <w:sz w:val="21"/>
                <w:szCs w:val="21"/>
              </w:rPr>
              <w:t>(</w:t>
            </w: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please specify)</w:t>
            </w:r>
          </w:p>
        </w:tc>
        <w:tc>
          <w:tcPr>
            <w:tcW w:w="1984" w:type="dxa"/>
            <w:hideMark/>
          </w:tcPr>
          <w:p w14:paraId="768FEBF4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0A5BD6F8" w14:textId="77777777" w:rsidR="00CC34D8" w:rsidRPr="00BD37AA" w:rsidRDefault="00CC34D8" w:rsidP="00C4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C34D8" w:rsidRPr="00BD37AA" w14:paraId="79987971" w14:textId="77777777" w:rsidTr="00CC34D8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7EEFE1A2" w14:textId="77777777" w:rsidR="00CC34D8" w:rsidRPr="00BD37AA" w:rsidRDefault="00CC34D8" w:rsidP="00C45588">
            <w:pPr>
              <w:spacing w:before="12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BD37AA">
              <w:rPr>
                <w:rFonts w:asciiTheme="majorHAnsi" w:hAnsiTheme="majorHAnsi" w:cstheme="majorHAnsi"/>
                <w:caps/>
                <w:sz w:val="21"/>
                <w:szCs w:val="21"/>
              </w:rPr>
              <w:t>TOTAL</w:t>
            </w:r>
          </w:p>
        </w:tc>
        <w:tc>
          <w:tcPr>
            <w:tcW w:w="1984" w:type="dxa"/>
            <w:hideMark/>
          </w:tcPr>
          <w:p w14:paraId="53B01164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248" w:type="dxa"/>
            <w:hideMark/>
          </w:tcPr>
          <w:p w14:paraId="24981633" w14:textId="77777777" w:rsidR="00CC34D8" w:rsidRPr="00BD37AA" w:rsidRDefault="00CC34D8" w:rsidP="00C4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977D8DD" w14:textId="77777777" w:rsidR="00A35E8B" w:rsidRPr="00BD66B6" w:rsidRDefault="00A35E8B" w:rsidP="00A35E8B">
      <w:pPr>
        <w:spacing w:after="120"/>
        <w:ind w:left="-567" w:right="-567"/>
        <w:rPr>
          <w:rFonts w:asciiTheme="majorHAnsi" w:hAnsiTheme="majorHAnsi" w:cstheme="majorHAnsi"/>
          <w:i/>
          <w:color w:val="000000" w:themeColor="text1"/>
        </w:rPr>
      </w:pPr>
      <w:r w:rsidRPr="00BD66B6">
        <w:rPr>
          <w:rFonts w:asciiTheme="majorHAnsi" w:hAnsiTheme="majorHAnsi" w:cstheme="majorHAnsi"/>
          <w:i/>
          <w:color w:val="000000" w:themeColor="text1"/>
        </w:rPr>
        <w:t>Add rows if necessary.</w:t>
      </w:r>
    </w:p>
    <w:p w14:paraId="35C77705" w14:textId="77777777" w:rsidR="00EC510F" w:rsidRDefault="00EC510F" w:rsidP="00EC510F">
      <w:pPr>
        <w:pStyle w:val="Heading2"/>
        <w:spacing w:before="480"/>
        <w:ind w:left="-567" w:right="-567"/>
        <w:rPr>
          <w:rFonts w:cstheme="majorHAnsi"/>
          <w:color w:val="F79646" w:themeColor="accent6"/>
        </w:rPr>
      </w:pPr>
      <w:bookmarkStart w:id="34" w:name="_Toc238125655"/>
      <w:r>
        <w:rPr>
          <w:rFonts w:cstheme="majorHAnsi"/>
          <w:color w:val="F79646" w:themeColor="accent6"/>
        </w:rPr>
        <w:t>10</w:t>
      </w:r>
      <w:r w:rsidRPr="00242E3B">
        <w:rPr>
          <w:rFonts w:cstheme="majorHAnsi"/>
          <w:color w:val="F79646" w:themeColor="accent6"/>
        </w:rPr>
        <w:t>.</w:t>
      </w:r>
      <w:r>
        <w:rPr>
          <w:rFonts w:cstheme="majorHAnsi"/>
          <w:color w:val="F79646" w:themeColor="accent6"/>
        </w:rPr>
        <w:t>3</w:t>
      </w:r>
      <w:r w:rsidRPr="00242E3B">
        <w:rPr>
          <w:rFonts w:cstheme="majorHAnsi"/>
          <w:color w:val="F79646" w:themeColor="accent6"/>
        </w:rPr>
        <w:t xml:space="preserve"> </w:t>
      </w:r>
      <w:r w:rsidRPr="00CC0B24">
        <w:rPr>
          <w:rFonts w:cstheme="majorHAnsi"/>
          <w:color w:val="F79646" w:themeColor="accent6"/>
        </w:rPr>
        <w:t>Other Funding Sources (if applicable)</w:t>
      </w:r>
      <w:bookmarkEnd w:id="34"/>
    </w:p>
    <w:p w14:paraId="402DC166" w14:textId="77777777" w:rsidR="00EC510F" w:rsidRPr="0000578F" w:rsidRDefault="00EC510F" w:rsidP="00EC510F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Please list any additional financial sources applied for or already secured for this project.</w:t>
      </w:r>
    </w:p>
    <w:p w14:paraId="366143F1" w14:textId="77777777" w:rsidR="00EC510F" w:rsidRPr="001363DF" w:rsidRDefault="00EC510F" w:rsidP="00EC510F">
      <w:pPr>
        <w:ind w:left="-567" w:right="-567"/>
        <w:rPr>
          <w:rFonts w:asciiTheme="majorHAnsi" w:hAnsiTheme="majorHAnsi" w:cstheme="majorHAnsi"/>
          <w:i/>
          <w:color w:val="000000" w:themeColor="text1"/>
        </w:rPr>
      </w:pPr>
    </w:p>
    <w:tbl>
      <w:tblPr>
        <w:tblStyle w:val="GridTable4-Accent6"/>
        <w:tblW w:w="10164" w:type="dxa"/>
        <w:tblInd w:w="-714" w:type="dxa"/>
        <w:tblLook w:val="04A0" w:firstRow="1" w:lastRow="0" w:firstColumn="1" w:lastColumn="0" w:noHBand="0" w:noVBand="1"/>
      </w:tblPr>
      <w:tblGrid>
        <w:gridCol w:w="4283"/>
        <w:gridCol w:w="1904"/>
        <w:gridCol w:w="3977"/>
      </w:tblGrid>
      <w:tr w:rsidR="00EC510F" w:rsidRPr="001363DF" w14:paraId="737C0994" w14:textId="77777777" w:rsidTr="00725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3" w:type="dxa"/>
            <w:hideMark/>
          </w:tcPr>
          <w:p w14:paraId="4C783EE1" w14:textId="77777777" w:rsidR="00EC510F" w:rsidRPr="001363DF" w:rsidRDefault="00EC510F" w:rsidP="00725A14">
            <w:pPr>
              <w:spacing w:before="160"/>
              <w:jc w:val="center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1363DF">
              <w:rPr>
                <w:rFonts w:asciiTheme="majorHAnsi" w:hAnsiTheme="majorHAnsi" w:cstheme="majorHAnsi"/>
                <w:caps/>
                <w:sz w:val="21"/>
                <w:szCs w:val="21"/>
              </w:rPr>
              <w:t>Organisation / Funder</w:t>
            </w:r>
          </w:p>
        </w:tc>
        <w:tc>
          <w:tcPr>
            <w:tcW w:w="0" w:type="auto"/>
            <w:hideMark/>
          </w:tcPr>
          <w:p w14:paraId="3C111EC5" w14:textId="77777777" w:rsidR="00EC510F" w:rsidRPr="001363DF" w:rsidRDefault="00EC510F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1363DF">
              <w:rPr>
                <w:rFonts w:asciiTheme="majorHAnsi" w:hAnsiTheme="majorHAnsi" w:cstheme="majorHAnsi"/>
                <w:caps/>
                <w:sz w:val="21"/>
                <w:szCs w:val="21"/>
              </w:rPr>
              <w:t>Amount (€)</w:t>
            </w:r>
          </w:p>
        </w:tc>
        <w:tc>
          <w:tcPr>
            <w:tcW w:w="0" w:type="auto"/>
            <w:hideMark/>
          </w:tcPr>
          <w:p w14:paraId="77D64E05" w14:textId="77777777" w:rsidR="00EC510F" w:rsidRPr="001363DF" w:rsidRDefault="00EC510F" w:rsidP="00725A14">
            <w:pPr>
              <w:spacing w:before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aps/>
                <w:sz w:val="21"/>
                <w:szCs w:val="21"/>
              </w:rPr>
            </w:pPr>
            <w:r w:rsidRPr="001363DF">
              <w:rPr>
                <w:rFonts w:asciiTheme="majorHAnsi" w:hAnsiTheme="majorHAnsi" w:cstheme="majorHAnsi"/>
                <w:caps/>
                <w:sz w:val="21"/>
                <w:szCs w:val="21"/>
              </w:rPr>
              <w:t>Status (Applied / Secured)</w:t>
            </w:r>
          </w:p>
        </w:tc>
      </w:tr>
      <w:tr w:rsidR="00EC510F" w14:paraId="35E83E7E" w14:textId="77777777" w:rsidTr="00725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3" w:type="dxa"/>
            <w:hideMark/>
          </w:tcPr>
          <w:p w14:paraId="78886507" w14:textId="77777777" w:rsidR="00EC510F" w:rsidRDefault="00EC510F" w:rsidP="00725A14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2398BDE6" w14:textId="77777777" w:rsidR="00EC510F" w:rsidRDefault="00EC510F" w:rsidP="00725A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5B9D9E0" w14:textId="77777777" w:rsidR="00EC510F" w:rsidRDefault="00EC510F" w:rsidP="00725A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C510F" w14:paraId="46B3831D" w14:textId="77777777" w:rsidTr="00725A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3" w:type="dxa"/>
            <w:hideMark/>
          </w:tcPr>
          <w:p w14:paraId="29B232A1" w14:textId="77777777" w:rsidR="00EC510F" w:rsidRDefault="00EC510F" w:rsidP="00725A1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4D0F93" w14:textId="77777777" w:rsidR="00EC510F" w:rsidRDefault="00EC510F" w:rsidP="00725A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5B4004" w14:textId="77777777" w:rsidR="00EC510F" w:rsidRDefault="00EC510F" w:rsidP="00725A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FB9C912" w14:textId="77777777" w:rsidR="00EC510F" w:rsidRPr="00B73CDB" w:rsidRDefault="00B73CDB" w:rsidP="00B73CDB">
      <w:pPr>
        <w:spacing w:after="120"/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E979F3">
        <w:rPr>
          <w:rFonts w:asciiTheme="majorHAnsi" w:hAnsiTheme="majorHAnsi" w:cstheme="majorHAnsi"/>
          <w:iCs/>
          <w:color w:val="000000" w:themeColor="text1"/>
        </w:rPr>
        <w:t>Add rows if necessary.</w:t>
      </w:r>
    </w:p>
    <w:p w14:paraId="4563BA10" w14:textId="77777777" w:rsidR="00CC0B24" w:rsidRPr="00CC0B24" w:rsidRDefault="00CC0B24" w:rsidP="00B73CDB">
      <w:pPr>
        <w:pStyle w:val="Heading2"/>
        <w:spacing w:before="480" w:after="120"/>
        <w:ind w:left="-567" w:right="-567"/>
        <w:rPr>
          <w:rFonts w:cstheme="majorHAnsi"/>
          <w:color w:val="F79646" w:themeColor="accent6"/>
        </w:rPr>
      </w:pPr>
      <w:bookmarkStart w:id="35" w:name="_Toc238125656"/>
      <w:r>
        <w:rPr>
          <w:rFonts w:cstheme="majorHAnsi"/>
          <w:color w:val="F79646" w:themeColor="accent6"/>
        </w:rPr>
        <w:t>10</w:t>
      </w:r>
      <w:r w:rsidRPr="00242E3B">
        <w:rPr>
          <w:rFonts w:cstheme="majorHAnsi"/>
          <w:color w:val="F79646" w:themeColor="accent6"/>
        </w:rPr>
        <w:t>.</w:t>
      </w:r>
      <w:r w:rsidR="00D56100">
        <w:rPr>
          <w:rFonts w:cstheme="majorHAnsi"/>
          <w:color w:val="F79646" w:themeColor="accent6"/>
        </w:rPr>
        <w:t>4</w:t>
      </w:r>
      <w:r w:rsidRPr="00242E3B">
        <w:rPr>
          <w:rFonts w:cstheme="majorHAnsi"/>
          <w:color w:val="F79646" w:themeColor="accent6"/>
        </w:rPr>
        <w:t xml:space="preserve"> </w:t>
      </w:r>
      <w:r w:rsidRPr="00CC0B24">
        <w:rPr>
          <w:rFonts w:cstheme="majorHAnsi"/>
          <w:color w:val="F79646" w:themeColor="accent6"/>
        </w:rPr>
        <w:t>Financial feasibility</w:t>
      </w:r>
      <w:bookmarkEnd w:id="35"/>
    </w:p>
    <w:p w14:paraId="1DE5E1D7" w14:textId="77777777" w:rsidR="00CC0B24" w:rsidRPr="0000578F" w:rsidRDefault="00CC0B24" w:rsidP="00CC0B24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Is the financial support currently secured sufficient to carry out the proposed project?</w:t>
      </w:r>
    </w:p>
    <w:p w14:paraId="1715A969" w14:textId="3E08647B" w:rsidR="00CC0B24" w:rsidRPr="00B73CDB" w:rsidRDefault="00CC0B24" w:rsidP="00CC0B24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="Segoe UI Symbol" w:hAnsi="Segoe UI Symbol" w:cs="Segoe UI Symbol"/>
          <w:iCs/>
          <w:color w:val="000000" w:themeColor="text1"/>
        </w:rPr>
        <w:t>☐</w:t>
      </w:r>
      <w:r w:rsidRPr="0000578F">
        <w:rPr>
          <w:rFonts w:asciiTheme="majorHAnsi" w:hAnsiTheme="majorHAnsi" w:cstheme="majorHAnsi"/>
          <w:iCs/>
          <w:color w:val="000000" w:themeColor="text1"/>
        </w:rPr>
        <w:t xml:space="preserve"> Yes</w:t>
      </w:r>
      <w:r w:rsidRPr="0000578F">
        <w:rPr>
          <w:rFonts w:asciiTheme="majorHAnsi" w:hAnsiTheme="majorHAnsi" w:cstheme="majorHAnsi"/>
          <w:iCs/>
          <w:color w:val="000000" w:themeColor="text1"/>
        </w:rPr>
        <w:br/>
      </w:r>
      <w:r w:rsidRPr="0000578F">
        <w:rPr>
          <w:rFonts w:ascii="Segoe UI Symbol" w:hAnsi="Segoe UI Symbol" w:cs="Segoe UI Symbol"/>
          <w:iCs/>
          <w:color w:val="000000" w:themeColor="text1"/>
        </w:rPr>
        <w:t>☐</w:t>
      </w:r>
      <w:r w:rsidRPr="0000578F">
        <w:rPr>
          <w:rFonts w:asciiTheme="majorHAnsi" w:hAnsiTheme="majorHAnsi" w:cstheme="majorHAnsi"/>
          <w:iCs/>
          <w:color w:val="000000" w:themeColor="text1"/>
        </w:rPr>
        <w:t xml:space="preserve"> No </w:t>
      </w:r>
      <w:r w:rsidR="00B73CDB">
        <w:rPr>
          <w:rFonts w:asciiTheme="majorHAnsi" w:hAnsiTheme="majorHAnsi" w:cstheme="majorHAnsi"/>
          <w:iCs/>
          <w:color w:val="000000" w:themeColor="text1"/>
        </w:rPr>
        <w:t>(</w:t>
      </w:r>
      <w:r w:rsidRPr="0000578F">
        <w:rPr>
          <w:rFonts w:asciiTheme="majorHAnsi" w:hAnsiTheme="majorHAnsi" w:cstheme="majorHAnsi"/>
          <w:iCs/>
          <w:color w:val="000000" w:themeColor="text1"/>
        </w:rPr>
        <w:t>if no, please briefly explain</w:t>
      </w:r>
      <w:r w:rsidR="00B73CDB">
        <w:rPr>
          <w:rFonts w:asciiTheme="majorHAnsi" w:hAnsiTheme="majorHAnsi" w:cstheme="majorHAnsi"/>
          <w:iCs/>
          <w:color w:val="000000" w:themeColor="text1"/>
        </w:rPr>
        <w:t>)</w:t>
      </w:r>
    </w:p>
    <w:p w14:paraId="3510CC61" w14:textId="77777777" w:rsidR="002048FB" w:rsidRPr="00BD66B6" w:rsidRDefault="002048FB" w:rsidP="002048FB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36" w:name="_Toc238125657"/>
      <w:r w:rsidRPr="00BD66B6">
        <w:rPr>
          <w:rFonts w:cstheme="majorHAnsi"/>
          <w:color w:val="E36C0A" w:themeColor="accent6" w:themeShade="BF"/>
          <w:sz w:val="28"/>
          <w:szCs w:val="28"/>
        </w:rPr>
        <w:t xml:space="preserve">11. </w:t>
      </w:r>
      <w:r w:rsidR="00946BA4" w:rsidRPr="00BD66B6">
        <w:rPr>
          <w:rFonts w:cstheme="majorHAnsi"/>
          <w:color w:val="E36C0A" w:themeColor="accent6" w:themeShade="BF"/>
          <w:sz w:val="28"/>
          <w:szCs w:val="28"/>
        </w:rPr>
        <w:t>ETHICS &amp; PERMITS</w:t>
      </w:r>
      <w:bookmarkEnd w:id="36"/>
    </w:p>
    <w:p w14:paraId="607D77A8" w14:textId="77777777" w:rsidR="00946BA4" w:rsidRPr="0000578F" w:rsidRDefault="00946BA4" w:rsidP="007208D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Indicate whether the project involves wildlife handling, human participants, or work in protected areas.</w:t>
      </w:r>
    </w:p>
    <w:p w14:paraId="486460BE" w14:textId="77777777" w:rsidR="00946BA4" w:rsidRPr="0000578F" w:rsidRDefault="00946BA4" w:rsidP="007208D9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00578F">
        <w:rPr>
          <w:rFonts w:asciiTheme="majorHAnsi" w:hAnsiTheme="majorHAnsi" w:cstheme="majorHAnsi"/>
          <w:iCs/>
          <w:color w:val="000000" w:themeColor="text1"/>
        </w:rPr>
        <w:t>Provide details of permits or approvals if applicable.</w:t>
      </w:r>
    </w:p>
    <w:p w14:paraId="4DE02467" w14:textId="77777777" w:rsidR="00946BA4" w:rsidRPr="00BD66B6" w:rsidRDefault="00946BA4" w:rsidP="00A876B9">
      <w:pPr>
        <w:pStyle w:val="Heading2"/>
        <w:spacing w:before="480"/>
        <w:ind w:left="-567" w:right="-567"/>
        <w:rPr>
          <w:rFonts w:cstheme="majorHAnsi"/>
          <w:i/>
          <w:color w:val="E36C0A" w:themeColor="accent6" w:themeShade="BF"/>
          <w:sz w:val="28"/>
          <w:szCs w:val="28"/>
        </w:rPr>
      </w:pPr>
      <w:bookmarkStart w:id="37" w:name="_Toc219802450"/>
      <w:bookmarkStart w:id="38" w:name="_Toc238125658"/>
      <w:r w:rsidRPr="00BD66B6">
        <w:rPr>
          <w:rFonts w:cstheme="majorHAnsi"/>
          <w:color w:val="E36C0A" w:themeColor="accent6" w:themeShade="BF"/>
          <w:sz w:val="28"/>
          <w:szCs w:val="28"/>
        </w:rPr>
        <w:t>12. SIGNATURE</w:t>
      </w:r>
      <w:bookmarkEnd w:id="38"/>
    </w:p>
    <w:p w14:paraId="7889D50C" w14:textId="77777777" w:rsidR="00732A25" w:rsidRPr="006C56B4" w:rsidRDefault="00732A25" w:rsidP="00732A2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732A25">
        <w:rPr>
          <w:rFonts w:asciiTheme="majorHAnsi" w:hAnsiTheme="majorHAnsi" w:cstheme="majorHAnsi"/>
          <w:b/>
          <w:bCs/>
          <w:iCs/>
          <w:color w:val="000000" w:themeColor="text1"/>
        </w:rPr>
        <w:t>Project Leader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Name: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Signature: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Date:</w:t>
      </w:r>
    </w:p>
    <w:p w14:paraId="5ABF289D" w14:textId="77777777" w:rsidR="00732A25" w:rsidRPr="006C56B4" w:rsidRDefault="00732A25" w:rsidP="00732A25">
      <w:pPr>
        <w:spacing w:after="120"/>
        <w:ind w:left="-567" w:right="-624"/>
        <w:rPr>
          <w:rFonts w:asciiTheme="majorHAnsi" w:hAnsiTheme="majorHAnsi" w:cstheme="majorHAnsi"/>
          <w:iCs/>
          <w:color w:val="000000" w:themeColor="text1"/>
        </w:rPr>
      </w:pPr>
      <w:r w:rsidRPr="00732A25">
        <w:rPr>
          <w:rFonts w:asciiTheme="majorHAnsi" w:hAnsiTheme="majorHAnsi" w:cstheme="majorHAnsi"/>
          <w:b/>
          <w:bCs/>
          <w:iCs/>
          <w:color w:val="000000" w:themeColor="text1"/>
        </w:rPr>
        <w:t>Institution / Organization Representative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Name: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Signature:</w:t>
      </w:r>
      <w:r w:rsidRPr="006C56B4">
        <w:rPr>
          <w:rFonts w:asciiTheme="majorHAnsi" w:hAnsiTheme="majorHAnsi" w:cstheme="majorHAnsi"/>
          <w:iCs/>
          <w:color w:val="000000" w:themeColor="text1"/>
        </w:rPr>
        <w:br/>
        <w:t>Date:</w:t>
      </w:r>
    </w:p>
    <w:p w14:paraId="0DA0CBF9" w14:textId="77777777" w:rsidR="00D64C5E" w:rsidRPr="00BD66B6" w:rsidRDefault="00797B54" w:rsidP="00DB35C6">
      <w:pPr>
        <w:pStyle w:val="Heading2"/>
        <w:spacing w:before="480"/>
        <w:ind w:left="-567" w:right="-567"/>
        <w:rPr>
          <w:rFonts w:cstheme="majorHAnsi"/>
          <w:color w:val="E36C0A" w:themeColor="accent6" w:themeShade="BF"/>
          <w:sz w:val="28"/>
          <w:szCs w:val="28"/>
        </w:rPr>
      </w:pPr>
      <w:bookmarkStart w:id="39" w:name="_Toc238125659"/>
      <w:r w:rsidRPr="00BD66B6">
        <w:rPr>
          <w:rFonts w:cstheme="majorHAnsi"/>
          <w:color w:val="E36C0A" w:themeColor="accent6" w:themeShade="BF"/>
          <w:sz w:val="28"/>
          <w:szCs w:val="28"/>
        </w:rPr>
        <w:lastRenderedPageBreak/>
        <w:t>13. REQUIRED ATTACHMENTS</w:t>
      </w:r>
      <w:bookmarkEnd w:id="39"/>
    </w:p>
    <w:p w14:paraId="57A08B09" w14:textId="324F0749" w:rsidR="00797B54" w:rsidRPr="00E643CC" w:rsidRDefault="00797B54" w:rsidP="00E643CC">
      <w:pPr>
        <w:rPr>
          <w:rFonts w:asciiTheme="majorHAnsi" w:hAnsiTheme="majorHAnsi" w:cstheme="majorHAnsi"/>
        </w:rPr>
      </w:pPr>
      <w:r w:rsidRPr="00E643CC">
        <w:rPr>
          <w:rFonts w:asciiTheme="majorHAnsi" w:hAnsiTheme="majorHAnsi" w:cstheme="majorHAnsi"/>
        </w:rPr>
        <w:t>Please include the following documents with your proposal:</w:t>
      </w:r>
    </w:p>
    <w:p w14:paraId="4502ABAA" w14:textId="77777777" w:rsidR="00797B54" w:rsidRPr="007208D9" w:rsidRDefault="00797B54" w:rsidP="007208D9">
      <w:pPr>
        <w:pStyle w:val="ListParagraph"/>
        <w:numPr>
          <w:ilvl w:val="0"/>
          <w:numId w:val="21"/>
        </w:numPr>
        <w:spacing w:after="120"/>
        <w:ind w:right="-567"/>
        <w:rPr>
          <w:rFonts w:asciiTheme="majorHAnsi" w:hAnsiTheme="majorHAnsi" w:cstheme="majorHAnsi"/>
          <w:iCs/>
          <w:color w:val="000000" w:themeColor="text1"/>
        </w:rPr>
      </w:pPr>
      <w:r w:rsidRPr="007208D9">
        <w:rPr>
          <w:rFonts w:asciiTheme="majorHAnsi" w:hAnsiTheme="majorHAnsi" w:cstheme="majorHAnsi"/>
          <w:iCs/>
          <w:color w:val="000000" w:themeColor="text1"/>
        </w:rPr>
        <w:t>Curriculum vitae (CV) of the applicant or project leader</w:t>
      </w:r>
    </w:p>
    <w:p w14:paraId="128078F8" w14:textId="77777777" w:rsidR="00797B54" w:rsidRPr="007208D9" w:rsidRDefault="00797B54" w:rsidP="007208D9">
      <w:pPr>
        <w:pStyle w:val="ListParagraph"/>
        <w:numPr>
          <w:ilvl w:val="0"/>
          <w:numId w:val="21"/>
        </w:numPr>
        <w:spacing w:after="120"/>
        <w:ind w:right="-567"/>
        <w:rPr>
          <w:rFonts w:asciiTheme="majorHAnsi" w:hAnsiTheme="majorHAnsi" w:cstheme="majorHAnsi"/>
          <w:iCs/>
          <w:color w:val="000000" w:themeColor="text1"/>
        </w:rPr>
      </w:pPr>
      <w:r w:rsidRPr="007208D9">
        <w:rPr>
          <w:rFonts w:asciiTheme="majorHAnsi" w:hAnsiTheme="majorHAnsi" w:cstheme="majorHAnsi"/>
          <w:iCs/>
          <w:color w:val="000000" w:themeColor="text1"/>
        </w:rPr>
        <w:t>Brief background information on the implementing organisation(s) (max. 1 page)</w:t>
      </w:r>
    </w:p>
    <w:p w14:paraId="65AD7E42" w14:textId="77777777" w:rsidR="00797B54" w:rsidRPr="007208D9" w:rsidRDefault="00797B54" w:rsidP="007208D9">
      <w:pPr>
        <w:pStyle w:val="ListParagraph"/>
        <w:numPr>
          <w:ilvl w:val="0"/>
          <w:numId w:val="21"/>
        </w:numPr>
        <w:spacing w:after="120"/>
        <w:ind w:right="-567"/>
        <w:rPr>
          <w:rFonts w:asciiTheme="majorHAnsi" w:hAnsiTheme="majorHAnsi" w:cstheme="majorHAnsi"/>
          <w:iCs/>
          <w:color w:val="000000" w:themeColor="text1"/>
        </w:rPr>
      </w:pPr>
      <w:r w:rsidRPr="007208D9">
        <w:rPr>
          <w:rFonts w:asciiTheme="majorHAnsi" w:hAnsiTheme="majorHAnsi" w:cstheme="majorHAnsi"/>
          <w:iCs/>
          <w:color w:val="000000" w:themeColor="text1"/>
        </w:rPr>
        <w:t>Detailed project budget (in EUR)</w:t>
      </w:r>
    </w:p>
    <w:p w14:paraId="4BD1A4B5" w14:textId="77777777" w:rsidR="00797B54" w:rsidRPr="007208D9" w:rsidRDefault="00797B54" w:rsidP="007208D9">
      <w:pPr>
        <w:pStyle w:val="ListParagraph"/>
        <w:numPr>
          <w:ilvl w:val="0"/>
          <w:numId w:val="21"/>
        </w:numPr>
        <w:spacing w:after="120"/>
        <w:ind w:right="-567"/>
        <w:rPr>
          <w:rFonts w:asciiTheme="majorHAnsi" w:hAnsiTheme="majorHAnsi" w:cstheme="majorHAnsi"/>
          <w:iCs/>
          <w:color w:val="000000" w:themeColor="text1"/>
        </w:rPr>
      </w:pPr>
      <w:r w:rsidRPr="007208D9">
        <w:rPr>
          <w:rFonts w:asciiTheme="majorHAnsi" w:hAnsiTheme="majorHAnsi" w:cstheme="majorHAnsi"/>
          <w:iCs/>
          <w:color w:val="000000" w:themeColor="text1"/>
        </w:rPr>
        <w:t>Written proof of other secured financial contributions (if applicable)</w:t>
      </w:r>
    </w:p>
    <w:p w14:paraId="44A8A1D3" w14:textId="77777777" w:rsidR="00797B54" w:rsidRPr="007208D9" w:rsidRDefault="00797B54" w:rsidP="007208D9">
      <w:pPr>
        <w:pStyle w:val="ListParagraph"/>
        <w:numPr>
          <w:ilvl w:val="0"/>
          <w:numId w:val="21"/>
        </w:numPr>
        <w:spacing w:after="120"/>
        <w:ind w:right="-567"/>
        <w:rPr>
          <w:rFonts w:asciiTheme="majorHAnsi" w:hAnsiTheme="majorHAnsi" w:cstheme="majorHAnsi"/>
          <w:iCs/>
          <w:color w:val="000000" w:themeColor="text1"/>
        </w:rPr>
      </w:pPr>
      <w:r w:rsidRPr="007208D9">
        <w:rPr>
          <w:rFonts w:asciiTheme="majorHAnsi" w:hAnsiTheme="majorHAnsi" w:cstheme="majorHAnsi"/>
          <w:iCs/>
          <w:color w:val="000000" w:themeColor="text1"/>
        </w:rPr>
        <w:t>Literature cited (if applicable)</w:t>
      </w:r>
    </w:p>
    <w:p w14:paraId="1454EEFA" w14:textId="77777777" w:rsidR="00797B54" w:rsidRPr="00BD66B6" w:rsidRDefault="00797B54" w:rsidP="00946BA4">
      <w:pPr>
        <w:ind w:left="-567" w:right="-567"/>
        <w:rPr>
          <w:rFonts w:asciiTheme="majorHAnsi" w:hAnsiTheme="majorHAnsi" w:cstheme="majorHAnsi"/>
          <w:iCs/>
          <w:color w:val="000000" w:themeColor="text1"/>
        </w:rPr>
      </w:pPr>
    </w:p>
    <w:bookmarkEnd w:id="37"/>
    <w:p w14:paraId="19609FB3" w14:textId="41A425E6" w:rsidR="002048FB" w:rsidRPr="008B7BBF" w:rsidRDefault="008B7BBF" w:rsidP="002048FB">
      <w:pPr>
        <w:pStyle w:val="ListParagraph"/>
        <w:spacing w:line="360" w:lineRule="auto"/>
        <w:ind w:left="-564" w:right="-56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Please email </w:t>
      </w:r>
      <w:r w:rsidR="00D47D8C">
        <w:rPr>
          <w:rFonts w:asciiTheme="majorHAnsi" w:hAnsiTheme="majorHAnsi" w:cstheme="majorHAnsi"/>
        </w:rPr>
        <w:t>the</w:t>
      </w:r>
      <w:r>
        <w:rPr>
          <w:rFonts w:asciiTheme="majorHAnsi" w:hAnsiTheme="majorHAnsi" w:cstheme="majorHAnsi"/>
        </w:rPr>
        <w:t xml:space="preserve"> </w:t>
      </w:r>
      <w:r w:rsidRPr="00B85F8E">
        <w:rPr>
          <w:rFonts w:asciiTheme="majorHAnsi" w:hAnsiTheme="majorHAnsi" w:cstheme="majorHAnsi"/>
          <w:u w:val="single"/>
        </w:rPr>
        <w:t>completed</w:t>
      </w:r>
      <w:r w:rsidR="00D47D8C">
        <w:rPr>
          <w:rFonts w:asciiTheme="majorHAnsi" w:hAnsiTheme="majorHAnsi" w:cstheme="majorHAnsi"/>
        </w:rPr>
        <w:t xml:space="preserve"> </w:t>
      </w:r>
      <w:r w:rsidR="001A6CDE">
        <w:rPr>
          <w:rFonts w:asciiTheme="majorHAnsi" w:hAnsiTheme="majorHAnsi" w:cstheme="majorHAnsi"/>
        </w:rPr>
        <w:t xml:space="preserve">project proposal form to </w:t>
      </w:r>
      <w:hyperlink r:id="rId12" w:history="1">
        <w:r w:rsidR="00B85F8E" w:rsidRPr="00B85F8E">
          <w:rPr>
            <w:rStyle w:val="Hyperlink"/>
            <w:rFonts w:asciiTheme="majorHAnsi" w:hAnsiTheme="majorHAnsi" w:cstheme="majorHAnsi"/>
            <w:b/>
            <w:bCs/>
          </w:rPr>
          <w:t>projects@bearsinmind.org</w:t>
        </w:r>
      </w:hyperlink>
      <w:r w:rsidR="00B85F8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</w:t>
      </w:r>
    </w:p>
    <w:sectPr w:rsidR="002048FB" w:rsidRPr="008B7BBF" w:rsidSect="00E13668">
      <w:footerReference w:type="even" r:id="rId13"/>
      <w:footerReference w:type="default" r:id="rId14"/>
      <w:pgSz w:w="12240" w:h="15840"/>
      <w:pgMar w:top="1440" w:right="1800" w:bottom="1440" w:left="1800" w:header="72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145B" w14:textId="77777777" w:rsidR="003034B6" w:rsidRDefault="003034B6" w:rsidP="000F2AA0">
      <w:r>
        <w:separator/>
      </w:r>
    </w:p>
  </w:endnote>
  <w:endnote w:type="continuationSeparator" w:id="0">
    <w:p w14:paraId="4BFFF8E1" w14:textId="77777777" w:rsidR="003034B6" w:rsidRDefault="003034B6" w:rsidP="000F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5067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4E2698" w14:textId="77777777" w:rsidR="00E13668" w:rsidRDefault="00E13668" w:rsidP="00D846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48F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607353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2B7008" w14:textId="77777777" w:rsidR="000F2AA0" w:rsidRDefault="000F2AA0" w:rsidP="00E13668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48F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675C271" w14:textId="77777777" w:rsidR="000F2AA0" w:rsidRDefault="000F2AA0" w:rsidP="000F2A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87928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0A1166" w14:textId="77777777" w:rsidR="00E13668" w:rsidRDefault="00E13668" w:rsidP="00D846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4A5CA1" w14:textId="77777777" w:rsidR="000F2AA0" w:rsidRDefault="000F2AA0" w:rsidP="000F2A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AD06" w14:textId="77777777" w:rsidR="003034B6" w:rsidRDefault="003034B6" w:rsidP="000F2AA0">
      <w:r>
        <w:separator/>
      </w:r>
    </w:p>
  </w:footnote>
  <w:footnote w:type="continuationSeparator" w:id="0">
    <w:p w14:paraId="1BD14BED" w14:textId="77777777" w:rsidR="003034B6" w:rsidRDefault="003034B6" w:rsidP="000F2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4175CC"/>
    <w:multiLevelType w:val="hybridMultilevel"/>
    <w:tmpl w:val="C3F0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E738D"/>
    <w:multiLevelType w:val="hybridMultilevel"/>
    <w:tmpl w:val="5DA27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65F7"/>
    <w:multiLevelType w:val="hybridMultilevel"/>
    <w:tmpl w:val="E4680DB4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30461AFF"/>
    <w:multiLevelType w:val="hybridMultilevel"/>
    <w:tmpl w:val="99A270C2"/>
    <w:lvl w:ilvl="0" w:tplc="57D2976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F5175"/>
    <w:multiLevelType w:val="hybridMultilevel"/>
    <w:tmpl w:val="03F04E88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144D0"/>
    <w:multiLevelType w:val="hybridMultilevel"/>
    <w:tmpl w:val="3D52C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53034"/>
    <w:multiLevelType w:val="hybridMultilevel"/>
    <w:tmpl w:val="1494C7EA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00155"/>
    <w:multiLevelType w:val="hybridMultilevel"/>
    <w:tmpl w:val="A43C1B68"/>
    <w:lvl w:ilvl="0" w:tplc="0DB64C50">
      <w:numFmt w:val="bullet"/>
      <w:lvlText w:val="•"/>
      <w:lvlJc w:val="left"/>
      <w:pPr>
        <w:ind w:left="153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559B5573"/>
    <w:multiLevelType w:val="hybridMultilevel"/>
    <w:tmpl w:val="B9D0E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31963"/>
    <w:multiLevelType w:val="hybridMultilevel"/>
    <w:tmpl w:val="4D424F4A"/>
    <w:lvl w:ilvl="0" w:tplc="0DB64C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277EF"/>
    <w:multiLevelType w:val="hybridMultilevel"/>
    <w:tmpl w:val="BF861B0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77321788"/>
    <w:multiLevelType w:val="hybridMultilevel"/>
    <w:tmpl w:val="BDD64CE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04512531">
    <w:abstractNumId w:val="8"/>
  </w:num>
  <w:num w:numId="2" w16cid:durableId="1531918928">
    <w:abstractNumId w:val="6"/>
  </w:num>
  <w:num w:numId="3" w16cid:durableId="214515182">
    <w:abstractNumId w:val="5"/>
  </w:num>
  <w:num w:numId="4" w16cid:durableId="657461070">
    <w:abstractNumId w:val="4"/>
  </w:num>
  <w:num w:numId="5" w16cid:durableId="803886489">
    <w:abstractNumId w:val="7"/>
  </w:num>
  <w:num w:numId="6" w16cid:durableId="89326047">
    <w:abstractNumId w:val="3"/>
  </w:num>
  <w:num w:numId="7" w16cid:durableId="1592929414">
    <w:abstractNumId w:val="2"/>
  </w:num>
  <w:num w:numId="8" w16cid:durableId="1630474965">
    <w:abstractNumId w:val="1"/>
  </w:num>
  <w:num w:numId="9" w16cid:durableId="1335184029">
    <w:abstractNumId w:val="0"/>
  </w:num>
  <w:num w:numId="10" w16cid:durableId="1357539238">
    <w:abstractNumId w:val="9"/>
  </w:num>
  <w:num w:numId="11" w16cid:durableId="1999918139">
    <w:abstractNumId w:val="11"/>
  </w:num>
  <w:num w:numId="12" w16cid:durableId="1317880245">
    <w:abstractNumId w:val="10"/>
  </w:num>
  <w:num w:numId="13" w16cid:durableId="1516311079">
    <w:abstractNumId w:val="13"/>
  </w:num>
  <w:num w:numId="14" w16cid:durableId="1406564278">
    <w:abstractNumId w:val="18"/>
  </w:num>
  <w:num w:numId="15" w16cid:durableId="1558931140">
    <w:abstractNumId w:val="12"/>
  </w:num>
  <w:num w:numId="16" w16cid:durableId="1530340715">
    <w:abstractNumId w:val="15"/>
  </w:num>
  <w:num w:numId="17" w16cid:durableId="1942299662">
    <w:abstractNumId w:val="14"/>
  </w:num>
  <w:num w:numId="18" w16cid:durableId="472337611">
    <w:abstractNumId w:val="16"/>
  </w:num>
  <w:num w:numId="19" w16cid:durableId="1074165330">
    <w:abstractNumId w:val="20"/>
  </w:num>
  <w:num w:numId="20" w16cid:durableId="785199065">
    <w:abstractNumId w:val="17"/>
  </w:num>
  <w:num w:numId="21" w16cid:durableId="9255053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78F"/>
    <w:rsid w:val="00034616"/>
    <w:rsid w:val="00054393"/>
    <w:rsid w:val="0006063C"/>
    <w:rsid w:val="000738B7"/>
    <w:rsid w:val="000D047E"/>
    <w:rsid w:val="000D2360"/>
    <w:rsid w:val="000F2AA0"/>
    <w:rsid w:val="001363DF"/>
    <w:rsid w:val="0015074B"/>
    <w:rsid w:val="0015775A"/>
    <w:rsid w:val="001627D0"/>
    <w:rsid w:val="00162FEC"/>
    <w:rsid w:val="0016579A"/>
    <w:rsid w:val="001A4EAB"/>
    <w:rsid w:val="001A6CDE"/>
    <w:rsid w:val="001F44C7"/>
    <w:rsid w:val="002048FB"/>
    <w:rsid w:val="002137A0"/>
    <w:rsid w:val="0023043C"/>
    <w:rsid w:val="00230A0F"/>
    <w:rsid w:val="00242E3B"/>
    <w:rsid w:val="00255EAB"/>
    <w:rsid w:val="00256949"/>
    <w:rsid w:val="00277452"/>
    <w:rsid w:val="00285BD7"/>
    <w:rsid w:val="00287A0C"/>
    <w:rsid w:val="0029639D"/>
    <w:rsid w:val="002D0CC5"/>
    <w:rsid w:val="002D22A0"/>
    <w:rsid w:val="002F5B91"/>
    <w:rsid w:val="003034B6"/>
    <w:rsid w:val="00303E70"/>
    <w:rsid w:val="003055B9"/>
    <w:rsid w:val="00326F90"/>
    <w:rsid w:val="00336114"/>
    <w:rsid w:val="003839B2"/>
    <w:rsid w:val="00391DE7"/>
    <w:rsid w:val="003B57D1"/>
    <w:rsid w:val="003C746B"/>
    <w:rsid w:val="003F7E9F"/>
    <w:rsid w:val="004004C5"/>
    <w:rsid w:val="00416904"/>
    <w:rsid w:val="00444334"/>
    <w:rsid w:val="004520DD"/>
    <w:rsid w:val="00477BCE"/>
    <w:rsid w:val="004C53A9"/>
    <w:rsid w:val="004F0327"/>
    <w:rsid w:val="004F27E2"/>
    <w:rsid w:val="00502997"/>
    <w:rsid w:val="00530248"/>
    <w:rsid w:val="00552A8B"/>
    <w:rsid w:val="005600C4"/>
    <w:rsid w:val="00560416"/>
    <w:rsid w:val="00595435"/>
    <w:rsid w:val="005C214A"/>
    <w:rsid w:val="005F02F8"/>
    <w:rsid w:val="005F5437"/>
    <w:rsid w:val="00601A00"/>
    <w:rsid w:val="00611DBF"/>
    <w:rsid w:val="0062472E"/>
    <w:rsid w:val="00625635"/>
    <w:rsid w:val="0064351A"/>
    <w:rsid w:val="006501E9"/>
    <w:rsid w:val="00664F7E"/>
    <w:rsid w:val="00684C2E"/>
    <w:rsid w:val="00693793"/>
    <w:rsid w:val="006A6909"/>
    <w:rsid w:val="006C1EAA"/>
    <w:rsid w:val="006E0638"/>
    <w:rsid w:val="006E5D6C"/>
    <w:rsid w:val="00714CB1"/>
    <w:rsid w:val="007208D9"/>
    <w:rsid w:val="00732A25"/>
    <w:rsid w:val="007366B1"/>
    <w:rsid w:val="00737B3C"/>
    <w:rsid w:val="00797B54"/>
    <w:rsid w:val="007A0F32"/>
    <w:rsid w:val="007A73F5"/>
    <w:rsid w:val="007F3DCB"/>
    <w:rsid w:val="00805510"/>
    <w:rsid w:val="008055A6"/>
    <w:rsid w:val="00822843"/>
    <w:rsid w:val="00832B2E"/>
    <w:rsid w:val="0084159A"/>
    <w:rsid w:val="00890B18"/>
    <w:rsid w:val="00895E69"/>
    <w:rsid w:val="008B61DA"/>
    <w:rsid w:val="008B7BBF"/>
    <w:rsid w:val="00910F9F"/>
    <w:rsid w:val="00914A08"/>
    <w:rsid w:val="00946BA4"/>
    <w:rsid w:val="00970C9F"/>
    <w:rsid w:val="009A7A6C"/>
    <w:rsid w:val="009B1CDE"/>
    <w:rsid w:val="00A1094B"/>
    <w:rsid w:val="00A34053"/>
    <w:rsid w:val="00A35E8B"/>
    <w:rsid w:val="00A574DD"/>
    <w:rsid w:val="00A63931"/>
    <w:rsid w:val="00A663BD"/>
    <w:rsid w:val="00A82997"/>
    <w:rsid w:val="00A876B9"/>
    <w:rsid w:val="00A91E8D"/>
    <w:rsid w:val="00AA1D8D"/>
    <w:rsid w:val="00AA422B"/>
    <w:rsid w:val="00AB3AD1"/>
    <w:rsid w:val="00AC593C"/>
    <w:rsid w:val="00AF752C"/>
    <w:rsid w:val="00B3614B"/>
    <w:rsid w:val="00B47730"/>
    <w:rsid w:val="00B578D4"/>
    <w:rsid w:val="00B67EBB"/>
    <w:rsid w:val="00B726F4"/>
    <w:rsid w:val="00B73CDB"/>
    <w:rsid w:val="00B85F8E"/>
    <w:rsid w:val="00B9778D"/>
    <w:rsid w:val="00BA1B42"/>
    <w:rsid w:val="00BB700E"/>
    <w:rsid w:val="00BD0F1C"/>
    <w:rsid w:val="00BD37AA"/>
    <w:rsid w:val="00BD66B6"/>
    <w:rsid w:val="00BE3ACE"/>
    <w:rsid w:val="00BF22DB"/>
    <w:rsid w:val="00C3607A"/>
    <w:rsid w:val="00C60EBD"/>
    <w:rsid w:val="00C645F3"/>
    <w:rsid w:val="00C70CDC"/>
    <w:rsid w:val="00C77224"/>
    <w:rsid w:val="00C84AE0"/>
    <w:rsid w:val="00CA348E"/>
    <w:rsid w:val="00CB0664"/>
    <w:rsid w:val="00CC0B24"/>
    <w:rsid w:val="00CC34D8"/>
    <w:rsid w:val="00CD7072"/>
    <w:rsid w:val="00D304BC"/>
    <w:rsid w:val="00D369C2"/>
    <w:rsid w:val="00D47D8C"/>
    <w:rsid w:val="00D55443"/>
    <w:rsid w:val="00D56100"/>
    <w:rsid w:val="00D64C5E"/>
    <w:rsid w:val="00D70B6E"/>
    <w:rsid w:val="00D779F1"/>
    <w:rsid w:val="00DB35C6"/>
    <w:rsid w:val="00DC4CA4"/>
    <w:rsid w:val="00DD7DBE"/>
    <w:rsid w:val="00DE4AF2"/>
    <w:rsid w:val="00E13668"/>
    <w:rsid w:val="00E30F7A"/>
    <w:rsid w:val="00E432FD"/>
    <w:rsid w:val="00E643CC"/>
    <w:rsid w:val="00E723C0"/>
    <w:rsid w:val="00E775A6"/>
    <w:rsid w:val="00E8286F"/>
    <w:rsid w:val="00E970A5"/>
    <w:rsid w:val="00EA0CA8"/>
    <w:rsid w:val="00EA680D"/>
    <w:rsid w:val="00EC1017"/>
    <w:rsid w:val="00EC510F"/>
    <w:rsid w:val="00EC7C70"/>
    <w:rsid w:val="00EE1FED"/>
    <w:rsid w:val="00EE654F"/>
    <w:rsid w:val="00F24805"/>
    <w:rsid w:val="00F64F38"/>
    <w:rsid w:val="00F65D62"/>
    <w:rsid w:val="00FB7772"/>
    <w:rsid w:val="00FC693F"/>
    <w:rsid w:val="00FD4FCE"/>
    <w:rsid w:val="00FE4DF5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E792D"/>
  <w14:defaultImageDpi w14:val="300"/>
  <w15:docId w15:val="{57DF6FFE-9FB6-D24D-9490-C3652A58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CC5"/>
    <w:pPr>
      <w:keepNext/>
      <w:keepLines/>
      <w:spacing w:before="72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D0C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24805"/>
    <w:pPr>
      <w:spacing w:after="80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99"/>
    <w:rsid w:val="006C1E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99"/>
    <w:rsid w:val="00D304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D304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805510"/>
  </w:style>
  <w:style w:type="paragraph" w:styleId="TOC1">
    <w:name w:val="toc 1"/>
    <w:basedOn w:val="Normal"/>
    <w:next w:val="Normal"/>
    <w:autoRedefine/>
    <w:uiPriority w:val="39"/>
    <w:unhideWhenUsed/>
    <w:rsid w:val="000F2AA0"/>
    <w:pPr>
      <w:spacing w:before="120"/>
    </w:pPr>
    <w:rPr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F2AA0"/>
    <w:pPr>
      <w:spacing w:before="120"/>
      <w:ind w:left="220"/>
    </w:pPr>
    <w:rPr>
      <w:b/>
      <w:bCs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0F2AA0"/>
    <w:pPr>
      <w:ind w:left="44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5F02F8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F02F8"/>
    <w:pPr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F02F8"/>
    <w:pPr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F02F8"/>
    <w:pPr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F02F8"/>
    <w:pPr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F02F8"/>
    <w:pPr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F02F8"/>
    <w:pPr>
      <w:ind w:left="1760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A7A6C"/>
    <w:pPr>
      <w:spacing w:before="100" w:beforeAutospacing="1" w:after="100" w:afterAutospacing="1"/>
    </w:pPr>
  </w:style>
  <w:style w:type="table" w:styleId="GridTable2-Accent1">
    <w:name w:val="Grid Table 2 Accent 1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B3AD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AB3AD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B3AD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F2AA0"/>
  </w:style>
  <w:style w:type="paragraph" w:customStyle="1" w:styleId="FirstParagraph">
    <w:name w:val="First Paragraph"/>
    <w:basedOn w:val="BodyText"/>
    <w:next w:val="BodyText"/>
    <w:qFormat/>
    <w:rsid w:val="004004C5"/>
    <w:pPr>
      <w:spacing w:before="180" w:after="180"/>
    </w:pPr>
    <w:rPr>
      <w:rFonts w:eastAsiaTheme="minorHAnsi"/>
    </w:rPr>
  </w:style>
  <w:style w:type="paragraph" w:customStyle="1" w:styleId="Compact">
    <w:name w:val="Compact"/>
    <w:basedOn w:val="BodyText"/>
    <w:qFormat/>
    <w:rsid w:val="00A1094B"/>
    <w:pPr>
      <w:spacing w:before="36" w:after="36"/>
    </w:pPr>
    <w:rPr>
      <w:rFonts w:eastAsiaTheme="minorHAnsi"/>
    </w:rPr>
  </w:style>
  <w:style w:type="table" w:customStyle="1" w:styleId="Table">
    <w:name w:val="Table"/>
    <w:semiHidden/>
    <w:unhideWhenUsed/>
    <w:qFormat/>
    <w:rsid w:val="00A1094B"/>
    <w:pPr>
      <w:spacing w:line="240" w:lineRule="auto"/>
    </w:pPr>
    <w:rPr>
      <w:rFonts w:eastAsiaTheme="minorHAnsi"/>
      <w:sz w:val="24"/>
      <w:szCs w:val="24"/>
      <w:lang w:val="nl-NL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PlainTable5">
    <w:name w:val="Plain Table 5"/>
    <w:basedOn w:val="TableNormal"/>
    <w:uiPriority w:val="99"/>
    <w:rsid w:val="00C360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bzpyqfadein">
    <w:name w:val="bz_pyq_fadein"/>
    <w:basedOn w:val="DefaultParagraphFont"/>
    <w:rsid w:val="00391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0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6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88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34961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73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cts@bearsinmind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ABAC9A2FB884DA257D34991E824CF" ma:contentTypeVersion="20" ma:contentTypeDescription="Een nieuw document maken." ma:contentTypeScope="" ma:versionID="0aaf75cfb19fe332d66f24a1b889dec0">
  <xsd:schema xmlns:xsd="http://www.w3.org/2001/XMLSchema" xmlns:xs="http://www.w3.org/2001/XMLSchema" xmlns:p="http://schemas.microsoft.com/office/2006/metadata/properties" xmlns:ns2="51a9a332-dae5-4230-bd8c-d343bb11af36" xmlns:ns3="7c3bad62-7e1f-424a-b1c2-013acf4cafb3" targetNamespace="http://schemas.microsoft.com/office/2006/metadata/properties" ma:root="true" ma:fieldsID="05ebc53173e8d83b5d263d6293bc8010" ns2:_="" ns3:_="">
    <xsd:import namespace="51a9a332-dae5-4230-bd8c-d343bb11af36"/>
    <xsd:import namespace="7c3bad62-7e1f-424a-b1c2-013acf4ca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9a332-dae5-4230-bd8c-d343bb11a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f9b10d9-8995-49d0-bf10-60a5a79bd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bad62-7e1f-424a-b1c2-013acf4cafb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ff89a81-0be0-4ac6-ba30-aeabbb99cca5}" ma:internalName="TaxCatchAll" ma:showField="CatchAllData" ma:web="7c3bad62-7e1f-424a-b1c2-013acf4ca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9a332-dae5-4230-bd8c-d343bb11af36">
      <Terms xmlns="http://schemas.microsoft.com/office/infopath/2007/PartnerControls"/>
    </lcf76f155ced4ddcb4097134ff3c332f>
    <TaxCatchAll xmlns="7c3bad62-7e1f-424a-b1c2-013acf4caf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F517BC-FE01-4A17-8846-36285EBE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9a332-dae5-4230-bd8c-d343bb11af36"/>
    <ds:schemaRef ds:uri="7c3bad62-7e1f-424a-b1c2-013acf4ca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C1DDD-9FA8-4A77-8C8F-06BBF7A1DAB3}">
  <ds:schemaRefs>
    <ds:schemaRef ds:uri="http://schemas.microsoft.com/office/2006/metadata/properties"/>
    <ds:schemaRef ds:uri="http://schemas.microsoft.com/office/infopath/2007/PartnerControls"/>
    <ds:schemaRef ds:uri="51a9a332-dae5-4230-bd8c-d343bb11af36"/>
    <ds:schemaRef ds:uri="7c3bad62-7e1f-424a-b1c2-013acf4cafb3"/>
  </ds:schemaRefs>
</ds:datastoreItem>
</file>

<file path=customXml/itemProps4.xml><?xml version="1.0" encoding="utf-8"?>
<ds:datastoreItem xmlns:ds="http://schemas.openxmlformats.org/officeDocument/2006/customXml" ds:itemID="{1D36884C-2E0A-4003-AA8C-4620E8EFF3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1737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Koen Cuyten | Bears in Mind</cp:lastModifiedBy>
  <cp:revision>66</cp:revision>
  <dcterms:created xsi:type="dcterms:W3CDTF">2026-03-08T10:11:00Z</dcterms:created>
  <dcterms:modified xsi:type="dcterms:W3CDTF">2026-08-20T11:40:00Z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0x01010090AABAC9A2FB884DA257D34991E824CF</vt:lpwstr>
  </property>
  <property fmtid="{D5CDD505-2E9C-101B-9397-08002B2CF9AE}" pid="3" name="MediaServiceImageTags">
    <vt:lpwstr/>
  </property>
</Properties>
</file>