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6FCB6" w14:textId="77777777" w:rsidR="001566AE" w:rsidRPr="001566AE" w:rsidRDefault="00FD4FCE" w:rsidP="00284E3D">
      <w:pPr>
        <w:ind w:left="-567"/>
        <w:rPr>
          <w:rFonts w:cstheme="majorHAnsi"/>
        </w:rPr>
      </w:pPr>
      <w:r>
        <w:rPr>
          <w:noProof/>
          <w:lang w:val="nl-NL"/>
        </w:rPr>
        <w:drawing>
          <wp:anchor distT="0" distB="0" distL="114300" distR="114300" simplePos="0" relativeHeight="251659264" behindDoc="1" locked="0" layoutInCell="1" allowOverlap="1" wp14:anchorId="1884289B" wp14:editId="21DD625C">
            <wp:simplePos x="0" y="0"/>
            <wp:positionH relativeFrom="column">
              <wp:posOffset>4182110</wp:posOffset>
            </wp:positionH>
            <wp:positionV relativeFrom="paragraph">
              <wp:posOffset>-444500</wp:posOffset>
            </wp:positionV>
            <wp:extent cx="1953895" cy="1647825"/>
            <wp:effectExtent l="0" t="0" r="8255" b="0"/>
            <wp:wrapNone/>
            <wp:docPr id="14" name="Afbeelding 14" descr="Bears-In-Mind-POS-GB-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ears-In-Mind-POS-GB-V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8B3" w:rsidRPr="006368B3">
        <w:rPr>
          <w:rFonts w:ascii="Calibri" w:hAnsi="Calibri" w:cs="Calibri"/>
          <w:b/>
          <w:spacing w:val="-3"/>
          <w:sz w:val="28"/>
          <w:u w:val="single"/>
        </w:rPr>
        <w:t>PROJECT EVALUATION AND CONTINUATION FORM</w:t>
      </w:r>
    </w:p>
    <w:p w14:paraId="2049C25D" w14:textId="77777777" w:rsidR="001566AE" w:rsidRPr="00FB7772" w:rsidRDefault="001566AE" w:rsidP="00764712">
      <w:pPr>
        <w:tabs>
          <w:tab w:val="left" w:pos="-1440"/>
          <w:tab w:val="left" w:pos="-720"/>
        </w:tabs>
        <w:ind w:left="-567"/>
        <w:rPr>
          <w:rFonts w:ascii="Calibri" w:hAnsi="Calibri" w:cs="Calibri"/>
          <w:b/>
          <w:spacing w:val="-2"/>
        </w:rPr>
      </w:pPr>
      <w:r w:rsidRPr="00FB7772">
        <w:rPr>
          <w:rFonts w:ascii="Calibri" w:hAnsi="Calibri" w:cs="Calibri"/>
          <w:b/>
          <w:spacing w:val="-2"/>
        </w:rPr>
        <w:t>Please read Appendix I first (</w:t>
      </w:r>
      <w:r w:rsidRPr="00FB7772">
        <w:rPr>
          <w:rFonts w:ascii="Calibri" w:hAnsi="Calibri" w:cs="Calibri"/>
          <w:b/>
          <w:i/>
          <w:spacing w:val="-2"/>
        </w:rPr>
        <w:t>last page of this document</w:t>
      </w:r>
      <w:r w:rsidRPr="00FB7772">
        <w:rPr>
          <w:rFonts w:ascii="Calibri" w:hAnsi="Calibri" w:cs="Calibri"/>
          <w:b/>
          <w:spacing w:val="-2"/>
        </w:rPr>
        <w:t xml:space="preserve">). </w:t>
      </w:r>
    </w:p>
    <w:p w14:paraId="48B22128" w14:textId="77777777" w:rsidR="001566AE" w:rsidRPr="00FB7772" w:rsidRDefault="001566AE" w:rsidP="00764712">
      <w:pPr>
        <w:tabs>
          <w:tab w:val="left" w:pos="-1440"/>
          <w:tab w:val="left" w:pos="-720"/>
        </w:tabs>
        <w:ind w:left="-567"/>
        <w:rPr>
          <w:rFonts w:ascii="Calibri" w:hAnsi="Calibri" w:cs="Calibri"/>
          <w:b/>
          <w:spacing w:val="-2"/>
        </w:rPr>
      </w:pPr>
      <w:r w:rsidRPr="00FB7772">
        <w:rPr>
          <w:rFonts w:ascii="Calibri" w:hAnsi="Calibri" w:cs="Calibri"/>
          <w:b/>
          <w:spacing w:val="-2"/>
        </w:rPr>
        <w:t>Form must be submitted in English.</w:t>
      </w:r>
      <w:r w:rsidRPr="00FB7772">
        <w:rPr>
          <w:rFonts w:ascii="Calibri" w:hAnsi="Calibri" w:cs="Calibri"/>
          <w:b/>
          <w:spacing w:val="-3"/>
        </w:rPr>
        <w:tab/>
        <w:t xml:space="preserve"> </w:t>
      </w:r>
    </w:p>
    <w:p w14:paraId="74AEDE49" w14:textId="77777777" w:rsidR="001566AE" w:rsidRPr="00FD3E89" w:rsidRDefault="001566AE" w:rsidP="00764712">
      <w:pPr>
        <w:tabs>
          <w:tab w:val="left" w:pos="-1440"/>
          <w:tab w:val="left" w:pos="-720"/>
        </w:tabs>
        <w:ind w:left="-567"/>
        <w:rPr>
          <w:rFonts w:ascii="Calibri" w:hAnsi="Calibri" w:cs="Calibri"/>
          <w:bCs/>
        </w:rPr>
      </w:pPr>
      <w:r w:rsidRPr="00FD3E89">
        <w:rPr>
          <w:rFonts w:ascii="Calibri" w:hAnsi="Calibri" w:cs="Calibri"/>
          <w:bCs/>
          <w:spacing w:val="-3"/>
        </w:rPr>
        <w:t>Internal Project Number (</w:t>
      </w:r>
      <w:r w:rsidRPr="00FD3E89">
        <w:rPr>
          <w:rFonts w:ascii="Calibri" w:hAnsi="Calibri" w:cs="Calibri"/>
          <w:bCs/>
          <w:i/>
          <w:spacing w:val="-3"/>
        </w:rPr>
        <w:t>filled in by BEARS in MIND</w:t>
      </w:r>
      <w:r w:rsidRPr="00FD3E89">
        <w:rPr>
          <w:rFonts w:ascii="Calibri" w:hAnsi="Calibri" w:cs="Calibri"/>
          <w:bCs/>
          <w:spacing w:val="-3"/>
        </w:rPr>
        <w:t>):</w:t>
      </w:r>
      <w:r w:rsidRPr="00FD3E89">
        <w:rPr>
          <w:rFonts w:ascii="Calibri" w:hAnsi="Calibri" w:cs="Calibri"/>
          <w:bCs/>
        </w:rPr>
        <w:t xml:space="preserve"> </w:t>
      </w:r>
    </w:p>
    <w:p w14:paraId="1A0CE21D" w14:textId="77777777" w:rsidR="00C035FA" w:rsidRDefault="00C035FA" w:rsidP="000F2F6C"/>
    <w:p w14:paraId="0E12C689" w14:textId="518FF092" w:rsidR="001566AE" w:rsidRPr="000F2F6C" w:rsidRDefault="001566AE" w:rsidP="005E7519">
      <w:pPr>
        <w:pStyle w:val="Heading2"/>
        <w:ind w:left="-567" w:right="-567"/>
        <w:rPr>
          <w:rFonts w:cstheme="majorHAnsi"/>
          <w:color w:val="F79646" w:themeColor="accent6"/>
          <w:sz w:val="28"/>
          <w:szCs w:val="28"/>
        </w:rPr>
      </w:pPr>
      <w:bookmarkStart w:id="0" w:name="_Toc237862502"/>
      <w:r w:rsidRPr="000F2F6C">
        <w:rPr>
          <w:rFonts w:cstheme="majorHAnsi"/>
          <w:color w:val="F79646" w:themeColor="accent6"/>
          <w:sz w:val="28"/>
          <w:szCs w:val="28"/>
        </w:rPr>
        <w:t>PROJECT INFORMATION</w:t>
      </w:r>
      <w:bookmarkEnd w:id="0"/>
    </w:p>
    <w:p w14:paraId="015720EF" w14:textId="77777777" w:rsidR="001566AE" w:rsidRPr="00310C42" w:rsidRDefault="001566AE" w:rsidP="005E7519">
      <w:pPr>
        <w:spacing w:before="240" w:after="120" w:line="360" w:lineRule="auto"/>
        <w:ind w:left="-567" w:right="-567"/>
        <w:rPr>
          <w:rFonts w:asciiTheme="majorHAnsi" w:hAnsiTheme="majorHAnsi" w:cstheme="majorHAnsi"/>
          <w:b/>
          <w:bCs/>
          <w:iCs/>
          <w:color w:val="000000" w:themeColor="text1"/>
        </w:rPr>
      </w:pPr>
      <w:r w:rsidRPr="00310C42">
        <w:rPr>
          <w:rFonts w:asciiTheme="majorHAnsi" w:hAnsiTheme="majorHAnsi" w:cstheme="majorHAnsi"/>
          <w:b/>
          <w:bCs/>
          <w:iCs/>
          <w:color w:val="000000" w:themeColor="text1"/>
        </w:rPr>
        <w:t>Project / Program Title:</w:t>
      </w:r>
    </w:p>
    <w:p w14:paraId="069715EB" w14:textId="77777777" w:rsidR="0097502E" w:rsidRPr="0097502E" w:rsidRDefault="0097502E" w:rsidP="00310C42">
      <w:pPr>
        <w:spacing w:after="120" w:line="360" w:lineRule="auto"/>
        <w:ind w:left="-567" w:right="-567"/>
        <w:rPr>
          <w:rFonts w:asciiTheme="majorHAnsi" w:hAnsiTheme="majorHAnsi" w:cstheme="majorHAnsi"/>
          <w:b/>
          <w:bCs/>
          <w:iCs/>
          <w:color w:val="000000" w:themeColor="text1"/>
        </w:rPr>
      </w:pPr>
      <w:r w:rsidRPr="0097502E">
        <w:rPr>
          <w:rFonts w:asciiTheme="majorHAnsi" w:hAnsiTheme="majorHAnsi" w:cstheme="majorHAnsi"/>
          <w:b/>
          <w:bCs/>
          <w:iCs/>
          <w:color w:val="000000" w:themeColor="text1"/>
        </w:rPr>
        <w:t xml:space="preserve">Date of application: </w:t>
      </w:r>
    </w:p>
    <w:p w14:paraId="6D308879" w14:textId="77777777" w:rsidR="001566AE" w:rsidRPr="00310C42" w:rsidRDefault="001566AE" w:rsidP="00310C42">
      <w:pPr>
        <w:spacing w:after="120" w:line="360" w:lineRule="auto"/>
        <w:ind w:left="-567" w:right="-567"/>
        <w:rPr>
          <w:rFonts w:asciiTheme="majorHAnsi" w:hAnsiTheme="majorHAnsi" w:cstheme="majorHAnsi"/>
          <w:b/>
          <w:bCs/>
          <w:iCs/>
          <w:color w:val="000000" w:themeColor="text1"/>
        </w:rPr>
      </w:pPr>
      <w:r w:rsidRPr="00310C42">
        <w:rPr>
          <w:rFonts w:asciiTheme="majorHAnsi" w:hAnsiTheme="majorHAnsi" w:cstheme="majorHAnsi"/>
          <w:b/>
          <w:bCs/>
          <w:iCs/>
          <w:color w:val="000000" w:themeColor="text1"/>
        </w:rPr>
        <w:t xml:space="preserve">Main research group/ institution/ organization: </w:t>
      </w:r>
    </w:p>
    <w:p w14:paraId="79F086D1" w14:textId="77777777" w:rsidR="001566AE" w:rsidRPr="00310C42" w:rsidRDefault="001566AE" w:rsidP="00310C42">
      <w:pPr>
        <w:spacing w:after="120" w:line="360" w:lineRule="auto"/>
        <w:ind w:left="-567" w:right="-567"/>
        <w:rPr>
          <w:rFonts w:asciiTheme="majorHAnsi" w:hAnsiTheme="majorHAnsi" w:cstheme="majorHAnsi"/>
          <w:b/>
          <w:bCs/>
          <w:iCs/>
          <w:color w:val="000000" w:themeColor="text1"/>
        </w:rPr>
      </w:pPr>
      <w:r w:rsidRPr="00310C42">
        <w:rPr>
          <w:rFonts w:asciiTheme="majorHAnsi" w:hAnsiTheme="majorHAnsi" w:cstheme="majorHAnsi"/>
          <w:b/>
          <w:bCs/>
          <w:iCs/>
          <w:color w:val="000000" w:themeColor="text1"/>
        </w:rPr>
        <w:t xml:space="preserve">Contact person/ project leader: </w:t>
      </w:r>
    </w:p>
    <w:p w14:paraId="1B71006E" w14:textId="77777777" w:rsidR="001566AE" w:rsidRPr="00310C42" w:rsidRDefault="001566AE" w:rsidP="00310C42">
      <w:pPr>
        <w:spacing w:after="120" w:line="360" w:lineRule="auto"/>
        <w:ind w:left="-567" w:right="-567"/>
        <w:rPr>
          <w:rFonts w:asciiTheme="majorHAnsi" w:hAnsiTheme="majorHAnsi" w:cstheme="majorHAnsi"/>
          <w:b/>
          <w:bCs/>
          <w:iCs/>
          <w:color w:val="000000" w:themeColor="text1"/>
        </w:rPr>
      </w:pPr>
      <w:r w:rsidRPr="00310C42">
        <w:rPr>
          <w:rFonts w:asciiTheme="majorHAnsi" w:hAnsiTheme="majorHAnsi" w:cstheme="majorHAnsi"/>
          <w:b/>
          <w:bCs/>
          <w:iCs/>
          <w:color w:val="000000" w:themeColor="text1"/>
        </w:rPr>
        <w:t>Address (incl. e-mail):</w:t>
      </w:r>
    </w:p>
    <w:p w14:paraId="592A4337" w14:textId="77777777" w:rsidR="001566AE" w:rsidRPr="00310C42" w:rsidRDefault="001566AE" w:rsidP="00310C42">
      <w:pPr>
        <w:spacing w:after="120" w:line="360" w:lineRule="auto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310C42">
        <w:rPr>
          <w:rFonts w:asciiTheme="majorHAnsi" w:hAnsiTheme="majorHAnsi" w:cstheme="majorHAnsi"/>
          <w:b/>
          <w:bCs/>
          <w:iCs/>
          <w:color w:val="000000" w:themeColor="text1"/>
        </w:rPr>
        <w:t>Project Location</w:t>
      </w:r>
      <w:r w:rsidRPr="00310C42">
        <w:rPr>
          <w:rFonts w:asciiTheme="majorHAnsi" w:hAnsiTheme="majorHAnsi" w:cstheme="majorHAnsi"/>
          <w:iCs/>
          <w:color w:val="000000" w:themeColor="text1"/>
        </w:rPr>
        <w:t xml:space="preserve"> (Country, Region): If available, applicants may include a map of the project area as an annex.</w:t>
      </w:r>
    </w:p>
    <w:p w14:paraId="45618B38" w14:textId="77777777" w:rsidR="00684C2E" w:rsidRPr="00FD3E89" w:rsidRDefault="001566AE" w:rsidP="00FD3E89">
      <w:pPr>
        <w:spacing w:after="120" w:line="360" w:lineRule="auto"/>
        <w:ind w:left="-567" w:right="-567"/>
        <w:rPr>
          <w:rFonts w:asciiTheme="majorHAnsi" w:hAnsiTheme="majorHAnsi" w:cstheme="majorHAnsi"/>
          <w:b/>
          <w:bCs/>
          <w:iCs/>
          <w:color w:val="000000" w:themeColor="text1"/>
        </w:rPr>
      </w:pPr>
      <w:r w:rsidRPr="00310C42">
        <w:rPr>
          <w:rFonts w:asciiTheme="majorHAnsi" w:hAnsiTheme="majorHAnsi" w:cstheme="majorHAnsi"/>
          <w:b/>
          <w:bCs/>
          <w:iCs/>
          <w:color w:val="000000" w:themeColor="text1"/>
        </w:rPr>
        <w:t>Original Project Period:</w:t>
      </w:r>
    </w:p>
    <w:p w14:paraId="4A26AEF2" w14:textId="77777777" w:rsidR="005F02F8" w:rsidRDefault="005F02F8" w:rsidP="0064351A"/>
    <w:p w14:paraId="49125E51" w14:textId="77777777" w:rsidR="005F02F8" w:rsidRDefault="005F02F8" w:rsidP="0064351A">
      <w:r>
        <w:br w:type="page"/>
      </w:r>
    </w:p>
    <w:bookmarkStart w:id="1" w:name="_Toc219802435" w:displacedByCustomXml="next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nl-NL"/>
        </w:rPr>
        <w:id w:val="-306016509"/>
        <w:docPartObj>
          <w:docPartGallery w:val="Table of Contents"/>
          <w:docPartUnique/>
        </w:docPartObj>
      </w:sdtPr>
      <w:sdtEndPr/>
      <w:sdtContent>
        <w:p w14:paraId="08B370AE" w14:textId="68731D7B" w:rsidR="003A2FE4" w:rsidRPr="00101539" w:rsidRDefault="00101539">
          <w:pPr>
            <w:pStyle w:val="TOCHeading"/>
            <w:rPr>
              <w:rFonts w:cstheme="majorHAnsi"/>
              <w:color w:val="F79646" w:themeColor="accent6"/>
            </w:rPr>
          </w:pPr>
          <w:r w:rsidRPr="00101539">
            <w:rPr>
              <w:rFonts w:cstheme="majorHAnsi"/>
              <w:color w:val="F79646" w:themeColor="accent6"/>
            </w:rPr>
            <w:t>Table of Contents:</w:t>
          </w:r>
        </w:p>
        <w:p w14:paraId="34C2ADE6" w14:textId="081B776C" w:rsidR="00542C06" w:rsidRDefault="003A2FE4">
          <w:pPr>
            <w:pStyle w:val="TOC2"/>
            <w:tabs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7862502" w:history="1">
            <w:r w:rsidR="00542C06" w:rsidRPr="00BB3FE3">
              <w:rPr>
                <w:rStyle w:val="Hyperlink"/>
                <w:rFonts w:cstheme="majorHAnsi"/>
                <w:noProof/>
              </w:rPr>
              <w:t>PROJECT INFORMATION</w:t>
            </w:r>
            <w:r w:rsidR="00542C06">
              <w:rPr>
                <w:noProof/>
                <w:webHidden/>
              </w:rPr>
              <w:tab/>
            </w:r>
            <w:r w:rsidR="00542C06">
              <w:rPr>
                <w:noProof/>
                <w:webHidden/>
              </w:rPr>
              <w:fldChar w:fldCharType="begin"/>
            </w:r>
            <w:r w:rsidR="00542C06">
              <w:rPr>
                <w:noProof/>
                <w:webHidden/>
              </w:rPr>
              <w:instrText xml:space="preserve"> PAGEREF _Toc237862502 \h </w:instrText>
            </w:r>
            <w:r w:rsidR="00542C06">
              <w:rPr>
                <w:noProof/>
                <w:webHidden/>
              </w:rPr>
            </w:r>
            <w:r w:rsidR="00542C06">
              <w:rPr>
                <w:noProof/>
                <w:webHidden/>
              </w:rPr>
              <w:fldChar w:fldCharType="separate"/>
            </w:r>
            <w:r w:rsidR="00542C06">
              <w:rPr>
                <w:noProof/>
                <w:webHidden/>
              </w:rPr>
              <w:t>1</w:t>
            </w:r>
            <w:r w:rsidR="00542C06">
              <w:rPr>
                <w:noProof/>
                <w:webHidden/>
              </w:rPr>
              <w:fldChar w:fldCharType="end"/>
            </w:r>
          </w:hyperlink>
        </w:p>
        <w:p w14:paraId="2B9632B6" w14:textId="2BB49FC2" w:rsidR="00542C06" w:rsidRDefault="00542C06">
          <w:pPr>
            <w:pStyle w:val="TOC2"/>
            <w:tabs>
              <w:tab w:val="left" w:pos="660"/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862503" w:history="1">
            <w:r w:rsidRPr="00BB3FE3">
              <w:rPr>
                <w:rStyle w:val="Hyperlink"/>
                <w:rFonts w:cstheme="majorHAnsi"/>
                <w:noProof/>
              </w:rPr>
              <w:t>1.</w:t>
            </w:r>
            <w:r>
              <w:rPr>
                <w:rFonts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3FE3">
              <w:rPr>
                <w:rStyle w:val="Hyperlink"/>
                <w:rFonts w:cstheme="majorHAnsi"/>
                <w:noProof/>
              </w:rPr>
              <w:t>PROGRESS SUMMARY (max. 500 words)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_Toc237862503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244802" w14:textId="788D81C6" w:rsidR="00542C06" w:rsidRDefault="00542C06">
          <w:pPr>
            <w:pStyle w:val="TOC2"/>
            <w:tabs>
              <w:tab w:val="left" w:pos="660"/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862504" w:history="1">
            <w:r w:rsidRPr="00BB3FE3">
              <w:rPr>
                <w:rStyle w:val="Hyperlink"/>
                <w:rFonts w:cstheme="majorHAnsi"/>
                <w:noProof/>
              </w:rPr>
              <w:t>2.</w:t>
            </w:r>
            <w:r>
              <w:rPr>
                <w:rFonts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3FE3">
              <w:rPr>
                <w:rStyle w:val="Hyperlink"/>
                <w:rFonts w:cstheme="majorHAnsi"/>
                <w:noProof/>
              </w:rPr>
              <w:t>PROGRESS AGAINST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_Toc237862504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EB510A" w14:textId="2CDC35D3" w:rsidR="00542C06" w:rsidRDefault="00542C06">
          <w:pPr>
            <w:pStyle w:val="TOC2"/>
            <w:tabs>
              <w:tab w:val="left" w:pos="660"/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862505" w:history="1">
            <w:r w:rsidRPr="00BB3FE3">
              <w:rPr>
                <w:rStyle w:val="Hyperlink"/>
                <w:rFonts w:cstheme="majorHAnsi"/>
                <w:noProof/>
              </w:rPr>
              <w:t>3.</w:t>
            </w:r>
            <w:r>
              <w:rPr>
                <w:rFonts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3FE3">
              <w:rPr>
                <w:rStyle w:val="Hyperlink"/>
                <w:rFonts w:cstheme="majorHAnsi"/>
                <w:noProof/>
              </w:rPr>
              <w:t>KEY OUTPUTS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_Toc237862505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90BE15" w14:textId="69B6989C" w:rsidR="00542C06" w:rsidRDefault="00542C06">
          <w:pPr>
            <w:pStyle w:val="TOC2"/>
            <w:tabs>
              <w:tab w:val="left" w:pos="660"/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862506" w:history="1">
            <w:r w:rsidRPr="00BB3FE3">
              <w:rPr>
                <w:rStyle w:val="Hyperlink"/>
                <w:rFonts w:cstheme="majorHAnsi"/>
                <w:noProof/>
              </w:rPr>
              <w:t>4.</w:t>
            </w:r>
            <w:r>
              <w:rPr>
                <w:rFonts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3FE3">
              <w:rPr>
                <w:rStyle w:val="Hyperlink"/>
                <w:rFonts w:cstheme="majorHAnsi"/>
                <w:noProof/>
              </w:rPr>
              <w:t>PROJECT OUTCOMES AND EARLY IMPACT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_Toc237862506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D8F01C" w14:textId="10DF21B8" w:rsidR="00542C06" w:rsidRDefault="00542C06">
          <w:pPr>
            <w:pStyle w:val="TOC2"/>
            <w:tabs>
              <w:tab w:val="left" w:pos="660"/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862507" w:history="1">
            <w:r w:rsidRPr="00BB3FE3">
              <w:rPr>
                <w:rStyle w:val="Hyperlink"/>
                <w:rFonts w:cstheme="majorHAnsi"/>
                <w:noProof/>
              </w:rPr>
              <w:t>5.</w:t>
            </w:r>
            <w:r>
              <w:rPr>
                <w:rFonts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3FE3">
              <w:rPr>
                <w:rStyle w:val="Hyperlink"/>
                <w:rFonts w:cstheme="majorHAnsi"/>
                <w:noProof/>
              </w:rPr>
              <w:t>CHALLENGES, ADAPTATIONS AND LESSONS LEARNED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_Toc237862507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80631F" w14:textId="0D4A8B5A" w:rsidR="00542C06" w:rsidRDefault="00542C06">
          <w:pPr>
            <w:pStyle w:val="TOC2"/>
            <w:tabs>
              <w:tab w:val="left" w:pos="660"/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862508" w:history="1">
            <w:r w:rsidRPr="00BB3FE3">
              <w:rPr>
                <w:rStyle w:val="Hyperlink"/>
                <w:rFonts w:cstheme="majorHAnsi"/>
                <w:noProof/>
              </w:rPr>
              <w:t>6.</w:t>
            </w:r>
            <w:r>
              <w:rPr>
                <w:rFonts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3FE3">
              <w:rPr>
                <w:rStyle w:val="Hyperlink"/>
                <w:rFonts w:cstheme="majorHAnsi"/>
                <w:noProof/>
              </w:rPr>
              <w:t>PROPOSED CONTINUATION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_Toc237862508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678D54" w14:textId="0452D75C" w:rsidR="00542C06" w:rsidRDefault="00542C06">
          <w:pPr>
            <w:pStyle w:val="TOC2"/>
            <w:tabs>
              <w:tab w:val="left" w:pos="660"/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862509" w:history="1">
            <w:r w:rsidRPr="00BB3FE3">
              <w:rPr>
                <w:rStyle w:val="Hyperlink"/>
                <w:rFonts w:cstheme="majorHAnsi"/>
                <w:noProof/>
              </w:rPr>
              <w:t>7.</w:t>
            </w:r>
            <w:r>
              <w:rPr>
                <w:rFonts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3FE3">
              <w:rPr>
                <w:rStyle w:val="Hyperlink"/>
                <w:rFonts w:cstheme="majorHAnsi"/>
                <w:noProof/>
              </w:rPr>
              <w:t>PROJECT ADAPTATIONS FOR THE CONTINUATION PHASE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_Toc237862509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A5AD07" w14:textId="569ABFA4" w:rsidR="00542C06" w:rsidRDefault="00542C06">
          <w:pPr>
            <w:pStyle w:val="TOC2"/>
            <w:tabs>
              <w:tab w:val="left" w:pos="660"/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862510" w:history="1">
            <w:r w:rsidRPr="00BB3FE3">
              <w:rPr>
                <w:rStyle w:val="Hyperlink"/>
                <w:rFonts w:cstheme="majorHAnsi"/>
                <w:noProof/>
              </w:rPr>
              <w:t>8.</w:t>
            </w:r>
            <w:r>
              <w:rPr>
                <w:rFonts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3FE3">
              <w:rPr>
                <w:rStyle w:val="Hyperlink"/>
                <w:rFonts w:cstheme="majorHAnsi"/>
                <w:noProof/>
              </w:rPr>
              <w:t>UPDATED WORKPLAN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_Toc237862510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EBB366" w14:textId="49CD37D9" w:rsidR="00542C06" w:rsidRDefault="00542C06">
          <w:pPr>
            <w:pStyle w:val="TOC2"/>
            <w:tabs>
              <w:tab w:val="left" w:pos="660"/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862511" w:history="1">
            <w:r w:rsidRPr="00BB3FE3">
              <w:rPr>
                <w:rStyle w:val="Hyperlink"/>
                <w:rFonts w:cstheme="majorHAnsi"/>
                <w:noProof/>
              </w:rPr>
              <w:t>9.</w:t>
            </w:r>
            <w:r>
              <w:rPr>
                <w:rFonts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3FE3">
              <w:rPr>
                <w:rStyle w:val="Hyperlink"/>
                <w:rFonts w:cstheme="majorHAnsi"/>
                <w:noProof/>
              </w:rPr>
              <w:t>FINANCIAL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_Toc237862511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4DF8F7" w14:textId="329EB52D" w:rsidR="00542C06" w:rsidRDefault="00542C06">
          <w:pPr>
            <w:pStyle w:val="TOC2"/>
            <w:tabs>
              <w:tab w:val="left" w:pos="880"/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862512" w:history="1">
            <w:r w:rsidRPr="00BB3FE3">
              <w:rPr>
                <w:rStyle w:val="Hyperlink"/>
                <w:rFonts w:cstheme="majorHAnsi"/>
                <w:noProof/>
              </w:rPr>
              <w:t>10.</w:t>
            </w:r>
            <w:r>
              <w:rPr>
                <w:rFonts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3FE3">
              <w:rPr>
                <w:rStyle w:val="Hyperlink"/>
                <w:rFonts w:cstheme="majorHAnsi"/>
                <w:noProof/>
              </w:rPr>
              <w:t>CONTINUATION FUNDING REQUESTED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_Toc237862512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54FC51" w14:textId="4CF9EF63" w:rsidR="00542C06" w:rsidRDefault="00542C06">
          <w:pPr>
            <w:pStyle w:val="TOC2"/>
            <w:tabs>
              <w:tab w:val="left" w:pos="880"/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862513" w:history="1">
            <w:r w:rsidRPr="00BB3FE3">
              <w:rPr>
                <w:rStyle w:val="Hyperlink"/>
                <w:rFonts w:cstheme="majorHAnsi"/>
                <w:noProof/>
              </w:rPr>
              <w:t>11.</w:t>
            </w:r>
            <w:r>
              <w:rPr>
                <w:rFonts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3FE3">
              <w:rPr>
                <w:rStyle w:val="Hyperlink"/>
                <w:rFonts w:cstheme="majorHAnsi"/>
                <w:noProof/>
              </w:rPr>
              <w:t>NEW FINANCIAL 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_Toc237862513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607F13" w14:textId="58C1150A" w:rsidR="00542C06" w:rsidRDefault="00542C06">
          <w:pPr>
            <w:pStyle w:val="TOC2"/>
            <w:tabs>
              <w:tab w:val="left" w:pos="880"/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862514" w:history="1">
            <w:r w:rsidRPr="00BB3FE3">
              <w:rPr>
                <w:rStyle w:val="Hyperlink"/>
                <w:rFonts w:cstheme="majorHAnsi"/>
                <w:noProof/>
              </w:rPr>
              <w:t>12.</w:t>
            </w:r>
            <w:r>
              <w:rPr>
                <w:rFonts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3FE3">
              <w:rPr>
                <w:rStyle w:val="Hyperlink"/>
                <w:rFonts w:cstheme="majorHAnsi"/>
                <w:noProof/>
              </w:rPr>
              <w:t>SUSTAINABILITY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_Toc237862514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F7D8F7" w14:textId="788BBB48" w:rsidR="00542C06" w:rsidRDefault="00542C06">
          <w:pPr>
            <w:pStyle w:val="TOC2"/>
            <w:tabs>
              <w:tab w:val="left" w:pos="880"/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862515" w:history="1">
            <w:r w:rsidRPr="00BB3FE3">
              <w:rPr>
                <w:rStyle w:val="Hyperlink"/>
                <w:rFonts w:cstheme="majorHAnsi"/>
                <w:noProof/>
              </w:rPr>
              <w:t>13.</w:t>
            </w:r>
            <w:r>
              <w:rPr>
                <w:rFonts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3FE3">
              <w:rPr>
                <w:rStyle w:val="Hyperlink"/>
                <w:rFonts w:cstheme="majorHAnsi"/>
                <w:noProof/>
              </w:rPr>
              <w:t>SIGNATURES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_Toc237862515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B4623" w14:textId="4B04CF30" w:rsidR="00542C06" w:rsidRDefault="00542C06">
          <w:pPr>
            <w:pStyle w:val="TOC2"/>
            <w:tabs>
              <w:tab w:val="left" w:pos="880"/>
              <w:tab w:val="right" w:leader="dot" w:pos="8630"/>
            </w:tabs>
            <w:rPr>
              <w:rFonts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37862516" w:history="1">
            <w:r w:rsidRPr="00BB3FE3">
              <w:rPr>
                <w:rStyle w:val="Hyperlink"/>
                <w:rFonts w:cstheme="majorHAnsi"/>
                <w:noProof/>
              </w:rPr>
              <w:t>14.</w:t>
            </w:r>
            <w:r>
              <w:rPr>
                <w:rFonts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3FE3">
              <w:rPr>
                <w:rStyle w:val="Hyperlink"/>
                <w:rFonts w:cstheme="majorHAnsi"/>
                <w:noProof/>
              </w:rPr>
              <w:t>ANNEXES (OPTIONAL)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_Toc237862516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F67184" w14:textId="74CE6E59" w:rsidR="003A2FE4" w:rsidRDefault="003A2FE4">
          <w:r>
            <w:rPr>
              <w:b/>
              <w:bCs/>
              <w:lang w:val="nl-NL"/>
            </w:rPr>
            <w:fldChar w:fldCharType="end"/>
          </w:r>
        </w:p>
      </w:sdtContent>
    </w:sdt>
    <w:p w14:paraId="0C3D1606" w14:textId="77777777" w:rsidR="00B755A3" w:rsidRDefault="00B755A3">
      <w:pPr>
        <w:rPr>
          <w:rFonts w:asciiTheme="majorHAnsi" w:eastAsiaTheme="majorEastAsia" w:hAnsiTheme="majorHAnsi" w:cstheme="majorHAnsi"/>
          <w:b/>
          <w:bCs/>
          <w:color w:val="F79646" w:themeColor="accent6"/>
          <w:sz w:val="28"/>
          <w:szCs w:val="28"/>
        </w:rPr>
      </w:pPr>
      <w:r>
        <w:rPr>
          <w:rFonts w:cstheme="majorHAnsi"/>
          <w:color w:val="F79646" w:themeColor="accent6"/>
          <w:sz w:val="28"/>
          <w:szCs w:val="28"/>
        </w:rPr>
        <w:br w:type="page"/>
      </w:r>
    </w:p>
    <w:p w14:paraId="60B9328C" w14:textId="24D14B28" w:rsidR="00684C2E" w:rsidRPr="0093344B" w:rsidRDefault="001566AE" w:rsidP="001566AE">
      <w:pPr>
        <w:pStyle w:val="Heading2"/>
        <w:numPr>
          <w:ilvl w:val="0"/>
          <w:numId w:val="20"/>
        </w:numPr>
        <w:ind w:right="-567"/>
        <w:rPr>
          <w:rFonts w:cstheme="majorHAnsi"/>
          <w:color w:val="F79646" w:themeColor="accent6"/>
          <w:sz w:val="28"/>
          <w:szCs w:val="28"/>
        </w:rPr>
      </w:pPr>
      <w:bookmarkStart w:id="2" w:name="_Toc237862503"/>
      <w:r w:rsidRPr="0093344B">
        <w:rPr>
          <w:rFonts w:cstheme="majorHAnsi"/>
          <w:color w:val="F79646" w:themeColor="accent6"/>
          <w:sz w:val="28"/>
          <w:szCs w:val="28"/>
        </w:rPr>
        <w:lastRenderedPageBreak/>
        <w:t>P</w:t>
      </w:r>
      <w:r w:rsidR="00E979F3" w:rsidRPr="0093344B">
        <w:rPr>
          <w:rFonts w:cstheme="majorHAnsi"/>
          <w:color w:val="F79646" w:themeColor="accent6"/>
          <w:sz w:val="28"/>
          <w:szCs w:val="28"/>
        </w:rPr>
        <w:t xml:space="preserve">ROGRESS SUMMARY </w:t>
      </w:r>
      <w:r w:rsidRPr="0093344B">
        <w:rPr>
          <w:rFonts w:cstheme="majorHAnsi"/>
          <w:color w:val="F79646" w:themeColor="accent6"/>
          <w:sz w:val="28"/>
          <w:szCs w:val="28"/>
        </w:rPr>
        <w:t xml:space="preserve">(max. </w:t>
      </w:r>
      <w:r w:rsidR="0093344B" w:rsidRPr="0093344B">
        <w:rPr>
          <w:rFonts w:cstheme="majorHAnsi"/>
          <w:color w:val="F79646" w:themeColor="accent6"/>
          <w:sz w:val="28"/>
          <w:szCs w:val="28"/>
        </w:rPr>
        <w:t>5</w:t>
      </w:r>
      <w:r w:rsidRPr="0093344B">
        <w:rPr>
          <w:rFonts w:cstheme="majorHAnsi"/>
          <w:color w:val="F79646" w:themeColor="accent6"/>
          <w:sz w:val="28"/>
          <w:szCs w:val="28"/>
        </w:rPr>
        <w:t>00 words)</w:t>
      </w:r>
      <w:bookmarkEnd w:id="2"/>
    </w:p>
    <w:p w14:paraId="3BD51EFE" w14:textId="77777777" w:rsidR="001566AE" w:rsidRPr="00E979F3" w:rsidRDefault="001566AE" w:rsidP="001566AE">
      <w:pPr>
        <w:spacing w:after="12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E979F3">
        <w:rPr>
          <w:rFonts w:asciiTheme="majorHAnsi" w:hAnsiTheme="majorHAnsi" w:cstheme="majorHAnsi"/>
          <w:iCs/>
          <w:color w:val="000000" w:themeColor="text1"/>
        </w:rPr>
        <w:t xml:space="preserve">Briefly </w:t>
      </w:r>
      <w:r w:rsidR="004A5D66" w:rsidRPr="00E979F3">
        <w:rPr>
          <w:rFonts w:asciiTheme="majorHAnsi" w:hAnsiTheme="majorHAnsi" w:cstheme="majorHAnsi"/>
          <w:iCs/>
          <w:color w:val="000000" w:themeColor="text1"/>
        </w:rPr>
        <w:t>summarize</w:t>
      </w:r>
      <w:r w:rsidRPr="00E979F3">
        <w:rPr>
          <w:rFonts w:asciiTheme="majorHAnsi" w:hAnsiTheme="majorHAnsi" w:cstheme="majorHAnsi"/>
          <w:iCs/>
          <w:color w:val="000000" w:themeColor="text1"/>
        </w:rPr>
        <w:t xml:space="preserve"> the progress of the project so far. Include:</w:t>
      </w:r>
    </w:p>
    <w:p w14:paraId="7A12D2F5" w14:textId="77777777" w:rsidR="001566AE" w:rsidRPr="00C20357" w:rsidRDefault="001566AE" w:rsidP="00CC3ED2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C20357">
        <w:rPr>
          <w:rFonts w:asciiTheme="majorHAnsi" w:hAnsiTheme="majorHAnsi" w:cstheme="majorHAnsi"/>
        </w:rPr>
        <w:t>Main activities implemented</w:t>
      </w:r>
    </w:p>
    <w:p w14:paraId="3F33F54B" w14:textId="77777777" w:rsidR="001566AE" w:rsidRPr="00C20357" w:rsidRDefault="001566AE" w:rsidP="00CC3ED2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C20357">
        <w:rPr>
          <w:rFonts w:asciiTheme="majorHAnsi" w:hAnsiTheme="majorHAnsi" w:cstheme="majorHAnsi"/>
        </w:rPr>
        <w:t>Key results achieved</w:t>
      </w:r>
    </w:p>
    <w:p w14:paraId="4756147D" w14:textId="77777777" w:rsidR="001566AE" w:rsidRPr="00C20357" w:rsidRDefault="001566AE" w:rsidP="00CC3ED2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C20357">
        <w:rPr>
          <w:rFonts w:asciiTheme="majorHAnsi" w:hAnsiTheme="majorHAnsi" w:cstheme="majorHAnsi"/>
        </w:rPr>
        <w:t>Relevance for bear conservation</w:t>
      </w:r>
    </w:p>
    <w:p w14:paraId="4C5CDBDF" w14:textId="77777777" w:rsidR="001566AE" w:rsidRPr="00C20357" w:rsidRDefault="001566AE" w:rsidP="00CC3ED2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C20357">
        <w:rPr>
          <w:rFonts w:asciiTheme="majorHAnsi" w:hAnsiTheme="majorHAnsi" w:cstheme="majorHAnsi"/>
        </w:rPr>
        <w:t>Main achievements</w:t>
      </w:r>
    </w:p>
    <w:p w14:paraId="417FDA4C" w14:textId="533508B4" w:rsidR="001566AE" w:rsidRPr="00C07C92" w:rsidRDefault="005B3D21" w:rsidP="00661420">
      <w:pPr>
        <w:spacing w:after="120"/>
        <w:ind w:left="-567" w:right="-567"/>
        <w:rPr>
          <w:rFonts w:asciiTheme="majorHAnsi" w:hAnsiTheme="majorHAnsi" w:cstheme="majorHAnsi"/>
          <w:i/>
          <w:color w:val="000000" w:themeColor="text1"/>
        </w:rPr>
      </w:pPr>
      <w:r w:rsidRPr="001E631B">
        <w:rPr>
          <w:rFonts w:asciiTheme="majorHAnsi" w:hAnsiTheme="majorHAnsi" w:cstheme="majorHAnsi"/>
          <w:i/>
          <w:color w:val="000000" w:themeColor="text1"/>
        </w:rPr>
        <w:t>I</w:t>
      </w:r>
      <w:r w:rsidR="0097502E" w:rsidRPr="001E631B">
        <w:rPr>
          <w:rFonts w:asciiTheme="majorHAnsi" w:hAnsiTheme="majorHAnsi" w:cstheme="majorHAnsi"/>
          <w:i/>
          <w:color w:val="000000" w:themeColor="text1"/>
        </w:rPr>
        <w:t>nclude a more extensive report (max. 2</w:t>
      </w:r>
      <w:r w:rsidR="00081BA2" w:rsidRPr="001E631B">
        <w:rPr>
          <w:rFonts w:asciiTheme="majorHAnsi" w:hAnsiTheme="majorHAnsi" w:cstheme="majorHAnsi"/>
          <w:i/>
          <w:color w:val="000000" w:themeColor="text1"/>
        </w:rPr>
        <w:t>,</w:t>
      </w:r>
      <w:r w:rsidR="0097502E" w:rsidRPr="001E631B">
        <w:rPr>
          <w:rFonts w:asciiTheme="majorHAnsi" w:hAnsiTheme="majorHAnsi" w:cstheme="majorHAnsi"/>
          <w:i/>
          <w:color w:val="000000" w:themeColor="text1"/>
        </w:rPr>
        <w:t>000 words) in an appendix</w:t>
      </w:r>
      <w:r w:rsidR="0093344B" w:rsidRPr="001E631B">
        <w:rPr>
          <w:rFonts w:asciiTheme="majorHAnsi" w:hAnsiTheme="majorHAnsi" w:cstheme="majorHAnsi"/>
          <w:i/>
          <w:color w:val="000000" w:themeColor="text1"/>
        </w:rPr>
        <w:t>.</w:t>
      </w:r>
      <w:r w:rsidR="00661420">
        <w:rPr>
          <w:rFonts w:asciiTheme="majorHAnsi" w:hAnsiTheme="majorHAnsi" w:cstheme="majorHAnsi"/>
          <w:i/>
          <w:color w:val="000000" w:themeColor="text1"/>
        </w:rPr>
        <w:t xml:space="preserve"> </w:t>
      </w:r>
      <w:r w:rsidR="001566AE" w:rsidRPr="00C07C92">
        <w:rPr>
          <w:rFonts w:asciiTheme="majorHAnsi" w:hAnsiTheme="majorHAnsi" w:cstheme="majorHAnsi"/>
          <w:i/>
          <w:color w:val="000000" w:themeColor="text1"/>
        </w:rPr>
        <w:t>If an interim report has already been submitted, it may be referred to here.</w:t>
      </w:r>
    </w:p>
    <w:p w14:paraId="60E670F2" w14:textId="77777777" w:rsidR="000738B7" w:rsidRPr="0093344B" w:rsidRDefault="001566AE" w:rsidP="005E7519">
      <w:pPr>
        <w:pStyle w:val="Heading2"/>
        <w:numPr>
          <w:ilvl w:val="0"/>
          <w:numId w:val="20"/>
        </w:numPr>
        <w:spacing w:before="480"/>
        <w:ind w:right="-567"/>
        <w:rPr>
          <w:rFonts w:cstheme="majorHAnsi"/>
          <w:color w:val="F79646" w:themeColor="accent6"/>
          <w:sz w:val="28"/>
          <w:szCs w:val="28"/>
        </w:rPr>
      </w:pPr>
      <w:bookmarkStart w:id="3" w:name="_Toc237862504"/>
      <w:bookmarkEnd w:id="1"/>
      <w:r w:rsidRPr="0093344B">
        <w:rPr>
          <w:rFonts w:cstheme="majorHAnsi"/>
          <w:color w:val="F79646" w:themeColor="accent6"/>
          <w:sz w:val="28"/>
          <w:szCs w:val="28"/>
        </w:rPr>
        <w:t>P</w:t>
      </w:r>
      <w:r w:rsidR="00E979F3" w:rsidRPr="0093344B">
        <w:rPr>
          <w:rFonts w:cstheme="majorHAnsi"/>
          <w:color w:val="F79646" w:themeColor="accent6"/>
          <w:sz w:val="28"/>
          <w:szCs w:val="28"/>
        </w:rPr>
        <w:t>ROGRESS AGAINST OBJECTIVES</w:t>
      </w:r>
      <w:bookmarkEnd w:id="3"/>
      <w:r w:rsidR="00E979F3" w:rsidRPr="0093344B">
        <w:rPr>
          <w:rFonts w:cstheme="majorHAnsi"/>
          <w:color w:val="F79646" w:themeColor="accent6"/>
          <w:sz w:val="28"/>
          <w:szCs w:val="28"/>
        </w:rPr>
        <w:t xml:space="preserve"> </w:t>
      </w:r>
    </w:p>
    <w:p w14:paraId="0387DDDE" w14:textId="77777777" w:rsidR="00936EDE" w:rsidRPr="00936EDE" w:rsidRDefault="00936EDE" w:rsidP="00936EDE">
      <w:pPr>
        <w:spacing w:after="12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936EDE">
        <w:rPr>
          <w:rFonts w:asciiTheme="majorHAnsi" w:hAnsiTheme="majorHAnsi" w:cstheme="majorHAnsi"/>
          <w:iCs/>
          <w:color w:val="000000" w:themeColor="text1"/>
        </w:rPr>
        <w:t>Please list the objectives as formulated in the original proposal and indicate whether they have been achieved, partially achieved, or not achieved.</w:t>
      </w:r>
    </w:p>
    <w:p w14:paraId="0E573AFC" w14:textId="77777777" w:rsidR="00936EDE" w:rsidRPr="00936EDE" w:rsidRDefault="00936EDE" w:rsidP="00936EDE">
      <w:pPr>
        <w:spacing w:after="12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936EDE">
        <w:rPr>
          <w:rFonts w:asciiTheme="majorHAnsi" w:hAnsiTheme="majorHAnsi" w:cstheme="majorHAnsi"/>
          <w:iCs/>
          <w:color w:val="000000" w:themeColor="text1"/>
        </w:rPr>
        <w:t>If an objective has not been fully achieved, please briefly explain why.</w:t>
      </w:r>
    </w:p>
    <w:p w14:paraId="437E84E7" w14:textId="77777777" w:rsidR="006368B3" w:rsidRPr="006368B3" w:rsidRDefault="00936EDE" w:rsidP="00936EDE">
      <w:pPr>
        <w:spacing w:after="12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936EDE">
        <w:rPr>
          <w:rFonts w:asciiTheme="majorHAnsi" w:hAnsiTheme="majorHAnsi" w:cstheme="majorHAnsi"/>
          <w:iCs/>
          <w:color w:val="000000" w:themeColor="text1"/>
        </w:rPr>
        <w:t>If relevant, also include any additional objectives achieved during project implementation.</w:t>
      </w:r>
    </w:p>
    <w:tbl>
      <w:tblPr>
        <w:tblStyle w:val="GridTable4-Accent6"/>
        <w:tblW w:w="9810" w:type="dxa"/>
        <w:tblInd w:w="-572" w:type="dxa"/>
        <w:tblLook w:val="04A0" w:firstRow="1" w:lastRow="0" w:firstColumn="1" w:lastColumn="0" w:noHBand="0" w:noVBand="1"/>
      </w:tblPr>
      <w:tblGrid>
        <w:gridCol w:w="3128"/>
        <w:gridCol w:w="3127"/>
        <w:gridCol w:w="3555"/>
      </w:tblGrid>
      <w:tr w:rsidR="001566AE" w14:paraId="6AF5514D" w14:textId="77777777" w:rsidTr="006368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8" w:type="dxa"/>
            <w:hideMark/>
          </w:tcPr>
          <w:p w14:paraId="67BD63F6" w14:textId="77777777" w:rsidR="001566AE" w:rsidRPr="00D871C2" w:rsidRDefault="001566AE" w:rsidP="00D871C2">
            <w:pPr>
              <w:spacing w:before="160"/>
              <w:jc w:val="center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D871C2">
              <w:rPr>
                <w:rFonts w:asciiTheme="majorHAnsi" w:hAnsiTheme="majorHAnsi" w:cstheme="majorHAnsi"/>
                <w:caps/>
                <w:sz w:val="21"/>
                <w:szCs w:val="21"/>
              </w:rPr>
              <w:t>Objective</w:t>
            </w:r>
          </w:p>
        </w:tc>
        <w:tc>
          <w:tcPr>
            <w:tcW w:w="3127" w:type="dxa"/>
            <w:hideMark/>
          </w:tcPr>
          <w:p w14:paraId="67B0D099" w14:textId="77777777" w:rsidR="001566AE" w:rsidRPr="00D871C2" w:rsidRDefault="004A5D66" w:rsidP="00D871C2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D871C2">
              <w:rPr>
                <w:rFonts w:asciiTheme="majorHAnsi" w:hAnsiTheme="majorHAnsi" w:cstheme="majorHAnsi"/>
                <w:caps/>
                <w:sz w:val="21"/>
                <w:szCs w:val="21"/>
              </w:rPr>
              <w:t>Status (Achieved / Partially Achieved /Not Achieved)</w:t>
            </w:r>
          </w:p>
        </w:tc>
        <w:tc>
          <w:tcPr>
            <w:tcW w:w="3555" w:type="dxa"/>
            <w:hideMark/>
          </w:tcPr>
          <w:p w14:paraId="053F5D92" w14:textId="77777777" w:rsidR="001566AE" w:rsidRPr="00D871C2" w:rsidRDefault="004A5D66" w:rsidP="00D871C2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D871C2">
              <w:rPr>
                <w:rFonts w:asciiTheme="majorHAnsi" w:hAnsiTheme="majorHAnsi" w:cstheme="majorHAnsi"/>
                <w:caps/>
                <w:sz w:val="21"/>
                <w:szCs w:val="21"/>
              </w:rPr>
              <w:t>Evidence / Explanation</w:t>
            </w:r>
          </w:p>
        </w:tc>
      </w:tr>
      <w:tr w:rsidR="001566AE" w:rsidRPr="00625635" w14:paraId="33A30C35" w14:textId="77777777" w:rsidTr="00636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8" w:type="dxa"/>
          </w:tcPr>
          <w:p w14:paraId="603CD7B4" w14:textId="77777777" w:rsidR="001566AE" w:rsidRPr="00625635" w:rsidRDefault="001566AE" w:rsidP="00C45588">
            <w:pPr>
              <w:spacing w:line="36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</w:rPr>
            </w:pPr>
          </w:p>
        </w:tc>
        <w:tc>
          <w:tcPr>
            <w:tcW w:w="3127" w:type="dxa"/>
          </w:tcPr>
          <w:p w14:paraId="192C016A" w14:textId="77777777" w:rsidR="001566AE" w:rsidRPr="00625635" w:rsidRDefault="001566AE" w:rsidP="00C455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555" w:type="dxa"/>
          </w:tcPr>
          <w:p w14:paraId="483EFDFF" w14:textId="77777777" w:rsidR="001566AE" w:rsidRPr="00625635" w:rsidRDefault="001566AE" w:rsidP="00C455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286708" w:rsidRPr="00625635" w14:paraId="3014638D" w14:textId="77777777" w:rsidTr="006368B3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8" w:type="dxa"/>
          </w:tcPr>
          <w:p w14:paraId="11182EAA" w14:textId="77777777" w:rsidR="00286708" w:rsidRPr="00625635" w:rsidRDefault="00286708" w:rsidP="00C45588">
            <w:pPr>
              <w:spacing w:line="36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</w:rPr>
            </w:pPr>
          </w:p>
        </w:tc>
        <w:tc>
          <w:tcPr>
            <w:tcW w:w="3127" w:type="dxa"/>
          </w:tcPr>
          <w:p w14:paraId="67C2E854" w14:textId="77777777" w:rsidR="00286708" w:rsidRPr="00625635" w:rsidRDefault="00286708" w:rsidP="00C455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555" w:type="dxa"/>
          </w:tcPr>
          <w:p w14:paraId="3B57BDAD" w14:textId="77777777" w:rsidR="00286708" w:rsidRPr="00625635" w:rsidRDefault="00286708" w:rsidP="00C455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286708" w:rsidRPr="00625635" w14:paraId="362B039C" w14:textId="77777777" w:rsidTr="00636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8" w:type="dxa"/>
          </w:tcPr>
          <w:p w14:paraId="193BD990" w14:textId="77777777" w:rsidR="00286708" w:rsidRPr="00625635" w:rsidRDefault="00286708" w:rsidP="00C45588">
            <w:pPr>
              <w:spacing w:line="36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</w:rPr>
            </w:pPr>
          </w:p>
        </w:tc>
        <w:tc>
          <w:tcPr>
            <w:tcW w:w="3127" w:type="dxa"/>
          </w:tcPr>
          <w:p w14:paraId="28162BC7" w14:textId="77777777" w:rsidR="00286708" w:rsidRPr="00625635" w:rsidRDefault="00286708" w:rsidP="00C455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555" w:type="dxa"/>
          </w:tcPr>
          <w:p w14:paraId="759A2930" w14:textId="77777777" w:rsidR="00286708" w:rsidRPr="00625635" w:rsidRDefault="00286708" w:rsidP="00C455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</w:tbl>
    <w:p w14:paraId="2B36442D" w14:textId="77777777" w:rsidR="00A1094B" w:rsidRPr="00CF137B" w:rsidRDefault="004A5D66" w:rsidP="00284E3D">
      <w:pPr>
        <w:spacing w:before="120" w:after="120"/>
        <w:ind w:left="-567" w:right="-567"/>
        <w:rPr>
          <w:rFonts w:asciiTheme="majorHAnsi" w:hAnsiTheme="majorHAnsi" w:cstheme="majorHAnsi"/>
          <w:i/>
          <w:color w:val="000000" w:themeColor="text1"/>
        </w:rPr>
      </w:pPr>
      <w:r w:rsidRPr="00CF137B">
        <w:rPr>
          <w:rFonts w:asciiTheme="majorHAnsi" w:hAnsiTheme="majorHAnsi" w:cstheme="majorHAnsi"/>
          <w:i/>
          <w:color w:val="000000" w:themeColor="text1"/>
        </w:rPr>
        <w:t>Add rows if necessary.</w:t>
      </w:r>
    </w:p>
    <w:p w14:paraId="5BE23748" w14:textId="77777777" w:rsidR="000738B7" w:rsidRPr="0093344B" w:rsidRDefault="00E979F3" w:rsidP="005E7519">
      <w:pPr>
        <w:pStyle w:val="Heading2"/>
        <w:numPr>
          <w:ilvl w:val="0"/>
          <w:numId w:val="20"/>
        </w:numPr>
        <w:spacing w:before="480"/>
        <w:ind w:right="-567"/>
        <w:rPr>
          <w:rFonts w:cstheme="majorHAnsi"/>
          <w:color w:val="F79646" w:themeColor="accent6"/>
          <w:sz w:val="28"/>
          <w:szCs w:val="28"/>
        </w:rPr>
      </w:pPr>
      <w:bookmarkStart w:id="4" w:name="_Toc237862505"/>
      <w:r w:rsidRPr="0093344B">
        <w:rPr>
          <w:rFonts w:cstheme="majorHAnsi"/>
          <w:color w:val="F79646" w:themeColor="accent6"/>
          <w:sz w:val="28"/>
          <w:szCs w:val="28"/>
        </w:rPr>
        <w:t>KEY OUTPUTS</w:t>
      </w:r>
      <w:bookmarkEnd w:id="4"/>
      <w:r w:rsidRPr="0093344B">
        <w:rPr>
          <w:rFonts w:cstheme="majorHAnsi"/>
          <w:color w:val="F79646" w:themeColor="accent6"/>
          <w:sz w:val="28"/>
          <w:szCs w:val="28"/>
        </w:rPr>
        <w:t xml:space="preserve"> </w:t>
      </w:r>
    </w:p>
    <w:p w14:paraId="106FA332" w14:textId="77777777" w:rsidR="00E979F3" w:rsidRPr="00E979F3" w:rsidRDefault="00E979F3" w:rsidP="00E979F3">
      <w:pPr>
        <w:spacing w:after="12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E979F3">
        <w:rPr>
          <w:rFonts w:asciiTheme="majorHAnsi" w:hAnsiTheme="majorHAnsi" w:cstheme="majorHAnsi"/>
          <w:iCs/>
          <w:color w:val="000000" w:themeColor="text1"/>
        </w:rPr>
        <w:t>Describe the main outputs of the project so far. Include numbers where possible.</w:t>
      </w:r>
    </w:p>
    <w:p w14:paraId="25D46711" w14:textId="77777777" w:rsidR="00E979F3" w:rsidRPr="00E979F3" w:rsidRDefault="00E979F3" w:rsidP="00E979F3">
      <w:pPr>
        <w:spacing w:after="12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E979F3">
        <w:rPr>
          <w:rFonts w:asciiTheme="majorHAnsi" w:hAnsiTheme="majorHAnsi" w:cstheme="majorHAnsi"/>
          <w:iCs/>
          <w:color w:val="000000" w:themeColor="text1"/>
        </w:rPr>
        <w:t>Examples:</w:t>
      </w:r>
    </w:p>
    <w:p w14:paraId="6082CFF7" w14:textId="77777777" w:rsidR="00E979F3" w:rsidRPr="0093486D" w:rsidRDefault="00E979F3" w:rsidP="0093486D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93486D">
        <w:rPr>
          <w:rFonts w:asciiTheme="majorHAnsi" w:hAnsiTheme="majorHAnsi" w:cstheme="majorHAnsi"/>
        </w:rPr>
        <w:t>Reports or publications</w:t>
      </w:r>
    </w:p>
    <w:p w14:paraId="157119F0" w14:textId="77777777" w:rsidR="00E979F3" w:rsidRPr="0093486D" w:rsidRDefault="00E979F3" w:rsidP="0093486D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93486D">
        <w:rPr>
          <w:rFonts w:asciiTheme="majorHAnsi" w:hAnsiTheme="majorHAnsi" w:cstheme="majorHAnsi"/>
        </w:rPr>
        <w:t>Workshops or training sessions</w:t>
      </w:r>
    </w:p>
    <w:p w14:paraId="2EFCD28C" w14:textId="77777777" w:rsidR="00E979F3" w:rsidRPr="0093486D" w:rsidRDefault="00E979F3" w:rsidP="0093486D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93486D">
        <w:rPr>
          <w:rFonts w:asciiTheme="majorHAnsi" w:hAnsiTheme="majorHAnsi" w:cstheme="majorHAnsi"/>
        </w:rPr>
        <w:t>Monitoring data collected</w:t>
      </w:r>
    </w:p>
    <w:p w14:paraId="34260DD7" w14:textId="77777777" w:rsidR="00E979F3" w:rsidRPr="0093486D" w:rsidRDefault="00E979F3" w:rsidP="0093486D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93486D">
        <w:rPr>
          <w:rFonts w:asciiTheme="majorHAnsi" w:hAnsiTheme="majorHAnsi" w:cstheme="majorHAnsi"/>
        </w:rPr>
        <w:t>Educational materials produced</w:t>
      </w:r>
    </w:p>
    <w:p w14:paraId="32EDC7CC" w14:textId="77777777" w:rsidR="00E979F3" w:rsidRPr="0093486D" w:rsidRDefault="00E979F3" w:rsidP="0093486D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93486D">
        <w:rPr>
          <w:rFonts w:asciiTheme="majorHAnsi" w:hAnsiTheme="majorHAnsi" w:cstheme="majorHAnsi"/>
        </w:rPr>
        <w:t>Conservation actions implemented</w:t>
      </w:r>
    </w:p>
    <w:p w14:paraId="6716BD04" w14:textId="77777777" w:rsidR="005D0C11" w:rsidRPr="001E631B" w:rsidRDefault="005D0C11" w:rsidP="005D0C11">
      <w:pPr>
        <w:spacing w:after="120"/>
        <w:ind w:left="-567" w:right="-567"/>
        <w:rPr>
          <w:rFonts w:asciiTheme="majorHAnsi" w:hAnsiTheme="majorHAnsi" w:cstheme="majorHAnsi"/>
          <w:i/>
          <w:color w:val="000000" w:themeColor="text1"/>
        </w:rPr>
      </w:pPr>
      <w:r w:rsidRPr="001E631B">
        <w:rPr>
          <w:rFonts w:asciiTheme="majorHAnsi" w:hAnsiTheme="majorHAnsi" w:cstheme="majorHAnsi"/>
          <w:i/>
          <w:color w:val="000000" w:themeColor="text1"/>
        </w:rPr>
        <w:t>Relevant outputs may be included in Annex 1 (Publications and Outputs).</w:t>
      </w:r>
    </w:p>
    <w:p w14:paraId="6E5E2F79" w14:textId="77777777" w:rsidR="000738B7" w:rsidRPr="0093344B" w:rsidRDefault="00497873" w:rsidP="005E7519">
      <w:pPr>
        <w:pStyle w:val="Heading2"/>
        <w:numPr>
          <w:ilvl w:val="0"/>
          <w:numId w:val="20"/>
        </w:numPr>
        <w:spacing w:before="480"/>
        <w:ind w:right="-567"/>
        <w:rPr>
          <w:rFonts w:cstheme="majorHAnsi"/>
          <w:color w:val="F79646" w:themeColor="accent6"/>
          <w:sz w:val="28"/>
          <w:szCs w:val="28"/>
        </w:rPr>
      </w:pPr>
      <w:bookmarkStart w:id="5" w:name="_Toc237862506"/>
      <w:r w:rsidRPr="0093344B">
        <w:rPr>
          <w:rFonts w:cstheme="majorHAnsi"/>
          <w:color w:val="F79646" w:themeColor="accent6"/>
          <w:sz w:val="28"/>
          <w:szCs w:val="28"/>
        </w:rPr>
        <w:lastRenderedPageBreak/>
        <w:t>PROJECT OUTCOMES AND EARLY IMPACT</w:t>
      </w:r>
      <w:bookmarkEnd w:id="5"/>
    </w:p>
    <w:p w14:paraId="2E5019D0" w14:textId="77777777" w:rsidR="00E979F3" w:rsidRPr="00E979F3" w:rsidRDefault="00450862" w:rsidP="00E979F3">
      <w:pPr>
        <w:spacing w:after="12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450862">
        <w:rPr>
          <w:rFonts w:asciiTheme="majorHAnsi" w:hAnsiTheme="majorHAnsi" w:cstheme="majorHAnsi"/>
          <w:iCs/>
          <w:color w:val="000000" w:themeColor="text1"/>
        </w:rPr>
        <w:t>Describe observable changes resulting from project activities, including ecological, social, or capacity-related improvements.</w:t>
      </w:r>
      <w:r>
        <w:rPr>
          <w:rFonts w:asciiTheme="majorHAnsi" w:hAnsiTheme="majorHAnsi" w:cstheme="majorHAnsi"/>
          <w:iCs/>
          <w:color w:val="000000" w:themeColor="text1"/>
        </w:rPr>
        <w:t xml:space="preserve"> </w:t>
      </w:r>
      <w:r w:rsidR="00E979F3" w:rsidRPr="00E979F3">
        <w:rPr>
          <w:rFonts w:asciiTheme="majorHAnsi" w:hAnsiTheme="majorHAnsi" w:cstheme="majorHAnsi"/>
          <w:iCs/>
          <w:color w:val="000000" w:themeColor="text1"/>
        </w:rPr>
        <w:t>This may include:</w:t>
      </w:r>
    </w:p>
    <w:p w14:paraId="51FB06EB" w14:textId="77777777" w:rsidR="0097502E" w:rsidRPr="0093486D" w:rsidRDefault="0097502E" w:rsidP="0093486D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93486D">
        <w:rPr>
          <w:rFonts w:asciiTheme="majorHAnsi" w:hAnsiTheme="majorHAnsi" w:cstheme="majorHAnsi"/>
        </w:rPr>
        <w:t>Reduction of threats to bears</w:t>
      </w:r>
    </w:p>
    <w:p w14:paraId="264554B7" w14:textId="77777777" w:rsidR="00E979F3" w:rsidRPr="0093486D" w:rsidRDefault="00E979F3" w:rsidP="0093486D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93486D">
        <w:rPr>
          <w:rFonts w:asciiTheme="majorHAnsi" w:hAnsiTheme="majorHAnsi" w:cstheme="majorHAnsi"/>
        </w:rPr>
        <w:t>Community engagement or behavioral changes</w:t>
      </w:r>
    </w:p>
    <w:p w14:paraId="4CCFC72C" w14:textId="77777777" w:rsidR="00E979F3" w:rsidRPr="0093486D" w:rsidRDefault="00E979F3" w:rsidP="0093486D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93486D">
        <w:rPr>
          <w:rFonts w:asciiTheme="majorHAnsi" w:hAnsiTheme="majorHAnsi" w:cstheme="majorHAnsi"/>
        </w:rPr>
        <w:t>Habitat conservation or restoration</w:t>
      </w:r>
    </w:p>
    <w:p w14:paraId="5A18C2E4" w14:textId="77777777" w:rsidR="00E979F3" w:rsidRPr="0093486D" w:rsidRDefault="00E979F3" w:rsidP="0093486D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93486D">
        <w:rPr>
          <w:rFonts w:asciiTheme="majorHAnsi" w:hAnsiTheme="majorHAnsi" w:cstheme="majorHAnsi"/>
        </w:rPr>
        <w:t>Improved monitoring capacity</w:t>
      </w:r>
    </w:p>
    <w:p w14:paraId="02F991DA" w14:textId="77777777" w:rsidR="00E979F3" w:rsidRPr="0093486D" w:rsidRDefault="00E979F3" w:rsidP="0093486D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93486D">
        <w:rPr>
          <w:rFonts w:asciiTheme="majorHAnsi" w:hAnsiTheme="majorHAnsi" w:cstheme="majorHAnsi"/>
        </w:rPr>
        <w:t>Increased knowledge or research capacity</w:t>
      </w:r>
    </w:p>
    <w:p w14:paraId="3B5D16B0" w14:textId="77777777" w:rsidR="007B6009" w:rsidRPr="001E631B" w:rsidRDefault="007B6009" w:rsidP="007B6009">
      <w:pPr>
        <w:spacing w:after="120"/>
        <w:ind w:left="-567" w:right="-567"/>
        <w:rPr>
          <w:rFonts w:asciiTheme="majorHAnsi" w:hAnsiTheme="majorHAnsi" w:cstheme="majorHAnsi"/>
          <w:i/>
          <w:color w:val="000000" w:themeColor="text1"/>
        </w:rPr>
      </w:pPr>
      <w:r w:rsidRPr="007B6009">
        <w:rPr>
          <w:rFonts w:asciiTheme="majorHAnsi" w:hAnsiTheme="majorHAnsi" w:cstheme="majorHAnsi"/>
          <w:iCs/>
          <w:color w:val="000000" w:themeColor="text1"/>
        </w:rPr>
        <w:t xml:space="preserve">Where possible, provide evidence such as monitoring data, surveys, field observations, or other relevant indicators. </w:t>
      </w:r>
      <w:r w:rsidRPr="001E631B">
        <w:rPr>
          <w:rFonts w:asciiTheme="majorHAnsi" w:hAnsiTheme="majorHAnsi" w:cstheme="majorHAnsi"/>
          <w:i/>
          <w:color w:val="000000" w:themeColor="text1"/>
        </w:rPr>
        <w:t>Supporting data or documentation may be included in Annex 3 (Additional Data and Supporting Materials).</w:t>
      </w:r>
    </w:p>
    <w:p w14:paraId="7D3C2425" w14:textId="77777777" w:rsidR="000738B7" w:rsidRPr="0093344B" w:rsidRDefault="0022732F" w:rsidP="005E7519">
      <w:pPr>
        <w:pStyle w:val="Heading2"/>
        <w:numPr>
          <w:ilvl w:val="0"/>
          <w:numId w:val="20"/>
        </w:numPr>
        <w:spacing w:before="480"/>
        <w:ind w:right="-567"/>
        <w:rPr>
          <w:rFonts w:cstheme="majorHAnsi"/>
          <w:color w:val="F79646" w:themeColor="accent6"/>
          <w:sz w:val="28"/>
          <w:szCs w:val="28"/>
        </w:rPr>
      </w:pPr>
      <w:bookmarkStart w:id="6" w:name="_Toc237862507"/>
      <w:r w:rsidRPr="0093344B">
        <w:rPr>
          <w:rFonts w:cstheme="majorHAnsi"/>
          <w:color w:val="F79646" w:themeColor="accent6"/>
          <w:sz w:val="28"/>
          <w:szCs w:val="28"/>
        </w:rPr>
        <w:t>CHALLENGES, ADAPTATIONS AND LESSONS LEARNED</w:t>
      </w:r>
      <w:bookmarkEnd w:id="6"/>
    </w:p>
    <w:p w14:paraId="074397DB" w14:textId="77777777" w:rsidR="00E979F3" w:rsidRDefault="00E979F3" w:rsidP="00392C76">
      <w:pPr>
        <w:ind w:left="-567" w:right="-794"/>
        <w:rPr>
          <w:rFonts w:asciiTheme="majorHAnsi" w:hAnsiTheme="majorHAnsi" w:cstheme="majorHAnsi"/>
          <w:iCs/>
          <w:color w:val="000000" w:themeColor="text1"/>
        </w:rPr>
      </w:pPr>
      <w:r w:rsidRPr="00E979F3">
        <w:rPr>
          <w:rFonts w:asciiTheme="majorHAnsi" w:hAnsiTheme="majorHAnsi" w:cstheme="majorHAnsi"/>
          <w:iCs/>
          <w:color w:val="000000" w:themeColor="text1"/>
        </w:rPr>
        <w:t>Describe any major challenges encountered during project implementation.</w:t>
      </w:r>
      <w:r w:rsidR="00196398">
        <w:rPr>
          <w:rFonts w:asciiTheme="majorHAnsi" w:hAnsiTheme="majorHAnsi" w:cstheme="majorHAnsi"/>
          <w:iCs/>
          <w:color w:val="000000" w:themeColor="text1"/>
        </w:rPr>
        <w:t xml:space="preserve"> </w:t>
      </w:r>
      <w:r w:rsidRPr="00E979F3">
        <w:rPr>
          <w:rFonts w:asciiTheme="majorHAnsi" w:hAnsiTheme="majorHAnsi" w:cstheme="majorHAnsi"/>
          <w:iCs/>
          <w:color w:val="000000" w:themeColor="text1"/>
        </w:rPr>
        <w:t xml:space="preserve">Explain how these </w:t>
      </w:r>
      <w:r w:rsidRPr="00196398">
        <w:rPr>
          <w:rFonts w:asciiTheme="majorHAnsi" w:hAnsiTheme="majorHAnsi" w:cstheme="majorHAnsi"/>
          <w:iCs/>
          <w:color w:val="000000" w:themeColor="text1"/>
        </w:rPr>
        <w:t xml:space="preserve">challenges were addressed and what adjustments were made to the project </w:t>
      </w:r>
      <w:r w:rsidR="0022732F" w:rsidRPr="00196398">
        <w:rPr>
          <w:rFonts w:asciiTheme="majorHAnsi" w:hAnsiTheme="majorHAnsi" w:cstheme="majorHAnsi"/>
          <w:iCs/>
          <w:color w:val="000000" w:themeColor="text1"/>
        </w:rPr>
        <w:t>activities, methodology, or timeline.</w:t>
      </w:r>
      <w:r w:rsidR="00196398">
        <w:rPr>
          <w:rFonts w:asciiTheme="majorHAnsi" w:hAnsiTheme="majorHAnsi" w:cstheme="majorHAnsi"/>
          <w:iCs/>
          <w:color w:val="000000" w:themeColor="text1"/>
        </w:rPr>
        <w:t xml:space="preserve"> </w:t>
      </w:r>
      <w:r w:rsidRPr="00E979F3">
        <w:rPr>
          <w:rFonts w:asciiTheme="majorHAnsi" w:hAnsiTheme="majorHAnsi" w:cstheme="majorHAnsi"/>
          <w:iCs/>
          <w:color w:val="000000" w:themeColor="text1"/>
        </w:rPr>
        <w:t xml:space="preserve">If relevant, briefly describe lessons learned </w:t>
      </w:r>
      <w:r w:rsidR="0022732F" w:rsidRPr="0022732F">
        <w:rPr>
          <w:rFonts w:asciiTheme="majorHAnsi" w:hAnsiTheme="majorHAnsi" w:cstheme="majorHAnsi"/>
          <w:iCs/>
          <w:color w:val="000000" w:themeColor="text1"/>
        </w:rPr>
        <w:t>that could inform or improve future project activities.</w:t>
      </w:r>
    </w:p>
    <w:p w14:paraId="47255C23" w14:textId="77777777" w:rsidR="006755E5" w:rsidRPr="006755E5" w:rsidRDefault="006755E5" w:rsidP="00392C76">
      <w:pPr>
        <w:ind w:left="-567" w:right="-794"/>
        <w:rPr>
          <w:rFonts w:asciiTheme="majorHAnsi" w:hAnsiTheme="majorHAnsi" w:cstheme="majorHAnsi"/>
          <w:iCs/>
          <w:color w:val="000000" w:themeColor="text1"/>
        </w:rPr>
      </w:pPr>
      <w:bookmarkStart w:id="7" w:name="OLE_LINK1"/>
      <w:r w:rsidRPr="006755E5">
        <w:rPr>
          <w:rFonts w:asciiTheme="majorHAnsi" w:hAnsiTheme="majorHAnsi" w:cstheme="majorHAnsi"/>
          <w:iCs/>
          <w:color w:val="000000" w:themeColor="text1"/>
        </w:rPr>
        <w:t>This information helps Bears in Mind understand challenges encountered in the field and identify ways to</w:t>
      </w:r>
      <w:r w:rsidR="00DB0B68">
        <w:rPr>
          <w:rFonts w:asciiTheme="majorHAnsi" w:hAnsiTheme="majorHAnsi" w:cstheme="majorHAnsi"/>
          <w:iCs/>
          <w:color w:val="000000" w:themeColor="text1"/>
        </w:rPr>
        <w:t xml:space="preserve"> </w:t>
      </w:r>
      <w:r w:rsidRPr="006755E5">
        <w:rPr>
          <w:rFonts w:asciiTheme="majorHAnsi" w:hAnsiTheme="majorHAnsi" w:cstheme="majorHAnsi"/>
          <w:iCs/>
          <w:color w:val="000000" w:themeColor="text1"/>
        </w:rPr>
        <w:t>better support and improve future projects.</w:t>
      </w:r>
    </w:p>
    <w:p w14:paraId="7F4C91AA" w14:textId="77777777" w:rsidR="000738B7" w:rsidRPr="0093344B" w:rsidRDefault="00E979F3" w:rsidP="005E7519">
      <w:pPr>
        <w:pStyle w:val="Heading2"/>
        <w:numPr>
          <w:ilvl w:val="0"/>
          <w:numId w:val="20"/>
        </w:numPr>
        <w:spacing w:before="480"/>
        <w:ind w:right="-567"/>
        <w:rPr>
          <w:rFonts w:cstheme="majorHAnsi"/>
          <w:color w:val="F79646" w:themeColor="accent6"/>
          <w:sz w:val="28"/>
          <w:szCs w:val="28"/>
        </w:rPr>
      </w:pPr>
      <w:bookmarkStart w:id="8" w:name="_Toc237862508"/>
      <w:bookmarkEnd w:id="7"/>
      <w:r w:rsidRPr="0093344B">
        <w:rPr>
          <w:rFonts w:cstheme="majorHAnsi"/>
          <w:color w:val="F79646" w:themeColor="accent6"/>
          <w:sz w:val="28"/>
          <w:szCs w:val="28"/>
        </w:rPr>
        <w:t>PROPOSED CONTINUATION</w:t>
      </w:r>
      <w:bookmarkEnd w:id="8"/>
      <w:r w:rsidRPr="0093344B">
        <w:rPr>
          <w:rFonts w:cstheme="majorHAnsi"/>
          <w:color w:val="F79646" w:themeColor="accent6"/>
          <w:sz w:val="28"/>
          <w:szCs w:val="28"/>
        </w:rPr>
        <w:t xml:space="preserve"> </w:t>
      </w:r>
    </w:p>
    <w:p w14:paraId="377D16A0" w14:textId="0E24EB57" w:rsidR="00E979F3" w:rsidRPr="00E979F3" w:rsidRDefault="00E979F3" w:rsidP="00E979F3">
      <w:pPr>
        <w:spacing w:after="0"/>
        <w:ind w:left="-567" w:right="-567"/>
        <w:rPr>
          <w:rFonts w:asciiTheme="majorHAnsi" w:hAnsiTheme="majorHAnsi" w:cstheme="majorHAnsi"/>
          <w:color w:val="000000" w:themeColor="text1"/>
        </w:rPr>
      </w:pPr>
      <w:r w:rsidRPr="00E979F3">
        <w:rPr>
          <w:rFonts w:asciiTheme="majorHAnsi" w:hAnsiTheme="majorHAnsi" w:cstheme="majorHAnsi"/>
          <w:color w:val="000000" w:themeColor="text1"/>
        </w:rPr>
        <w:t>If continuation funding is requested, describe:</w:t>
      </w:r>
    </w:p>
    <w:p w14:paraId="54D9D94E" w14:textId="77777777" w:rsidR="00E979F3" w:rsidRPr="00392C76" w:rsidRDefault="00E979F3" w:rsidP="00392C76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392C76">
        <w:rPr>
          <w:rFonts w:asciiTheme="majorHAnsi" w:hAnsiTheme="majorHAnsi" w:cstheme="majorHAnsi"/>
        </w:rPr>
        <w:t>Remaining activities to be implemented</w:t>
      </w:r>
    </w:p>
    <w:p w14:paraId="447275BA" w14:textId="77777777" w:rsidR="00E979F3" w:rsidRPr="00392C76" w:rsidRDefault="00E979F3" w:rsidP="00392C76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392C76">
        <w:rPr>
          <w:rFonts w:asciiTheme="majorHAnsi" w:hAnsiTheme="majorHAnsi" w:cstheme="majorHAnsi"/>
        </w:rPr>
        <w:t>Why continuation funding is necessary</w:t>
      </w:r>
    </w:p>
    <w:p w14:paraId="5EFF43FB" w14:textId="7797781A" w:rsidR="00542C06" w:rsidRPr="00542C06" w:rsidRDefault="00E979F3" w:rsidP="00542C06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392C76">
        <w:rPr>
          <w:rFonts w:asciiTheme="majorHAnsi" w:hAnsiTheme="majorHAnsi" w:cstheme="majorHAnsi"/>
        </w:rPr>
        <w:t>Expected results during the continuation phase</w:t>
      </w:r>
    </w:p>
    <w:p w14:paraId="1043014C" w14:textId="0869D439" w:rsidR="00445DC8" w:rsidRPr="00542C06" w:rsidRDefault="00445DC8" w:rsidP="00542C06">
      <w:pPr>
        <w:spacing w:after="0"/>
        <w:ind w:left="-567" w:right="-567"/>
        <w:rPr>
          <w:rFonts w:asciiTheme="majorHAnsi" w:hAnsiTheme="majorHAnsi" w:cstheme="majorHAnsi"/>
          <w:color w:val="000000" w:themeColor="text1"/>
        </w:rPr>
      </w:pPr>
      <w:r w:rsidRPr="00542C06">
        <w:rPr>
          <w:rFonts w:asciiTheme="majorHAnsi" w:hAnsiTheme="majorHAnsi" w:cstheme="majorHAnsi"/>
          <w:color w:val="000000" w:themeColor="text1"/>
        </w:rPr>
        <w:t>This section should provide a short overview and justification for continuing the project.</w:t>
      </w:r>
    </w:p>
    <w:p w14:paraId="75958CA9" w14:textId="77777777" w:rsidR="0092427B" w:rsidRPr="0093344B" w:rsidRDefault="00496C59" w:rsidP="005E7519">
      <w:pPr>
        <w:pStyle w:val="Heading2"/>
        <w:numPr>
          <w:ilvl w:val="0"/>
          <w:numId w:val="20"/>
        </w:numPr>
        <w:spacing w:before="480"/>
        <w:ind w:right="-567"/>
        <w:rPr>
          <w:rFonts w:cstheme="majorHAnsi"/>
          <w:color w:val="F79646" w:themeColor="accent6"/>
          <w:sz w:val="28"/>
          <w:szCs w:val="28"/>
        </w:rPr>
      </w:pPr>
      <w:bookmarkStart w:id="9" w:name="_Toc237862509"/>
      <w:bookmarkStart w:id="10" w:name="_Toc219802448"/>
      <w:r w:rsidRPr="0093344B">
        <w:rPr>
          <w:rFonts w:cstheme="majorHAnsi"/>
          <w:color w:val="F79646" w:themeColor="accent6"/>
          <w:sz w:val="28"/>
          <w:szCs w:val="28"/>
        </w:rPr>
        <w:t>PROJECT ADAPTATIONS FOR THE CONTINUATION PHASE</w:t>
      </w:r>
      <w:bookmarkEnd w:id="9"/>
    </w:p>
    <w:p w14:paraId="05421740" w14:textId="77777777" w:rsidR="00496C59" w:rsidRDefault="00496C59" w:rsidP="00801C8D">
      <w:pPr>
        <w:spacing w:after="120"/>
        <w:ind w:left="-567" w:right="-737"/>
        <w:rPr>
          <w:rFonts w:asciiTheme="majorHAnsi" w:hAnsiTheme="majorHAnsi" w:cstheme="majorHAnsi"/>
          <w:color w:val="000000" w:themeColor="text1"/>
        </w:rPr>
      </w:pPr>
      <w:r w:rsidRPr="00496C59">
        <w:rPr>
          <w:rFonts w:asciiTheme="majorHAnsi" w:hAnsiTheme="majorHAnsi" w:cstheme="majorHAnsi"/>
          <w:color w:val="000000" w:themeColor="text1"/>
        </w:rPr>
        <w:t>If continuation funding is requested, please describe any significant changes compared to the original </w:t>
      </w:r>
      <w:proofErr w:type="spellStart"/>
      <w:r w:rsidRPr="00496C59">
        <w:rPr>
          <w:rFonts w:asciiTheme="majorHAnsi" w:hAnsiTheme="majorHAnsi" w:cstheme="majorHAnsi"/>
          <w:color w:val="000000" w:themeColor="text1"/>
        </w:rPr>
        <w:t>proposal.These</w:t>
      </w:r>
      <w:proofErr w:type="spellEnd"/>
      <w:r w:rsidRPr="00496C59">
        <w:rPr>
          <w:rFonts w:asciiTheme="majorHAnsi" w:hAnsiTheme="majorHAnsi" w:cstheme="majorHAnsi"/>
          <w:color w:val="000000" w:themeColor="text1"/>
        </w:rPr>
        <w:t> may include changes in:</w:t>
      </w:r>
    </w:p>
    <w:p w14:paraId="53829C6F" w14:textId="77777777" w:rsidR="00801C8D" w:rsidRPr="00801C8D" w:rsidRDefault="00801C8D" w:rsidP="00801C8D">
      <w:pPr>
        <w:spacing w:before="120" w:after="24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801C8D">
        <w:rPr>
          <w:rFonts w:asciiTheme="majorHAnsi" w:eastAsiaTheme="majorEastAsia" w:hAnsiTheme="majorHAnsi" w:cstheme="majorHAnsi"/>
          <w:b/>
          <w:bCs/>
          <w:color w:val="F79646" w:themeColor="accent6"/>
          <w:sz w:val="26"/>
          <w:szCs w:val="26"/>
        </w:rPr>
        <w:t>7a.</w:t>
      </w:r>
      <w:r w:rsidRPr="00801C8D">
        <w:rPr>
          <w:rFonts w:ascii="Gill Sans MT" w:hAnsi="Gill Sans MT"/>
          <w:b/>
          <w:noProof/>
          <w:spacing w:val="-2"/>
        </w:rPr>
        <w:t xml:space="preserve"> </w:t>
      </w:r>
      <w:r w:rsidR="005B3D21" w:rsidRPr="00801C8D">
        <w:rPr>
          <w:rFonts w:asciiTheme="majorHAnsi" w:hAnsiTheme="majorHAnsi" w:cstheme="majorHAnsi"/>
          <w:iCs/>
          <w:color w:val="000000" w:themeColor="text1"/>
        </w:rPr>
        <w:t>P</w:t>
      </w:r>
      <w:r w:rsidR="00496C59" w:rsidRPr="00801C8D">
        <w:rPr>
          <w:rFonts w:asciiTheme="majorHAnsi" w:hAnsiTheme="majorHAnsi" w:cstheme="majorHAnsi"/>
          <w:iCs/>
          <w:color w:val="000000" w:themeColor="text1"/>
        </w:rPr>
        <w:t>roject duration</w:t>
      </w:r>
    </w:p>
    <w:p w14:paraId="54B83247" w14:textId="77777777" w:rsidR="00496C59" w:rsidRPr="00801C8D" w:rsidRDefault="00801C8D" w:rsidP="00801C8D">
      <w:pPr>
        <w:spacing w:before="240"/>
        <w:ind w:left="-567" w:right="-567"/>
        <w:rPr>
          <w:rFonts w:asciiTheme="majorHAnsi" w:eastAsiaTheme="majorEastAsia" w:hAnsiTheme="majorHAnsi" w:cstheme="majorHAnsi"/>
          <w:b/>
          <w:bCs/>
          <w:color w:val="F79646" w:themeColor="accent6"/>
          <w:sz w:val="26"/>
          <w:szCs w:val="26"/>
        </w:rPr>
      </w:pPr>
      <w:r w:rsidRPr="00801C8D">
        <w:rPr>
          <w:rFonts w:asciiTheme="majorHAnsi" w:eastAsiaTheme="majorEastAsia" w:hAnsiTheme="majorHAnsi" w:cstheme="majorHAnsi"/>
          <w:b/>
          <w:bCs/>
          <w:color w:val="F79646" w:themeColor="accent6"/>
          <w:sz w:val="26"/>
          <w:szCs w:val="26"/>
        </w:rPr>
        <w:t xml:space="preserve">7b. </w:t>
      </w:r>
      <w:r w:rsidR="005B3D21" w:rsidRPr="00801C8D">
        <w:rPr>
          <w:rFonts w:asciiTheme="majorHAnsi" w:hAnsiTheme="majorHAnsi" w:cstheme="majorHAnsi"/>
          <w:iCs/>
          <w:color w:val="000000" w:themeColor="text1"/>
        </w:rPr>
        <w:t>P</w:t>
      </w:r>
      <w:r w:rsidR="00496C59" w:rsidRPr="00801C8D">
        <w:rPr>
          <w:rFonts w:asciiTheme="majorHAnsi" w:hAnsiTheme="majorHAnsi" w:cstheme="majorHAnsi"/>
          <w:iCs/>
          <w:color w:val="000000" w:themeColor="text1"/>
        </w:rPr>
        <w:t>roject location</w:t>
      </w:r>
    </w:p>
    <w:p w14:paraId="396DB379" w14:textId="77777777" w:rsidR="00496C59" w:rsidRPr="00801C8D" w:rsidRDefault="00801C8D" w:rsidP="00801C8D">
      <w:pPr>
        <w:ind w:left="-567" w:right="-567"/>
        <w:rPr>
          <w:rFonts w:asciiTheme="majorHAnsi" w:eastAsiaTheme="majorEastAsia" w:hAnsiTheme="majorHAnsi" w:cstheme="majorHAnsi"/>
          <w:b/>
          <w:bCs/>
          <w:color w:val="F79646" w:themeColor="accent6"/>
          <w:sz w:val="26"/>
          <w:szCs w:val="26"/>
        </w:rPr>
      </w:pPr>
      <w:r w:rsidRPr="00801C8D">
        <w:rPr>
          <w:rFonts w:asciiTheme="majorHAnsi" w:eastAsiaTheme="majorEastAsia" w:hAnsiTheme="majorHAnsi" w:cstheme="majorHAnsi"/>
          <w:b/>
          <w:bCs/>
          <w:color w:val="F79646" w:themeColor="accent6"/>
          <w:sz w:val="26"/>
          <w:szCs w:val="26"/>
        </w:rPr>
        <w:t xml:space="preserve">7c. </w:t>
      </w:r>
      <w:r w:rsidR="005B3D21" w:rsidRPr="00801C8D">
        <w:rPr>
          <w:rFonts w:asciiTheme="majorHAnsi" w:hAnsiTheme="majorHAnsi" w:cstheme="majorHAnsi"/>
          <w:iCs/>
          <w:color w:val="000000" w:themeColor="text1"/>
        </w:rPr>
        <w:t>S</w:t>
      </w:r>
      <w:r w:rsidR="00496C59" w:rsidRPr="00801C8D">
        <w:rPr>
          <w:rFonts w:asciiTheme="majorHAnsi" w:hAnsiTheme="majorHAnsi" w:cstheme="majorHAnsi"/>
          <w:iCs/>
          <w:color w:val="000000" w:themeColor="text1"/>
        </w:rPr>
        <w:t>taff involved</w:t>
      </w:r>
    </w:p>
    <w:p w14:paraId="408AEF17" w14:textId="77777777" w:rsidR="00496C59" w:rsidRPr="00801C8D" w:rsidRDefault="00801C8D" w:rsidP="00801C8D">
      <w:pPr>
        <w:ind w:left="-567" w:right="-567"/>
        <w:rPr>
          <w:rFonts w:asciiTheme="majorHAnsi" w:eastAsiaTheme="majorEastAsia" w:hAnsiTheme="majorHAnsi" w:cstheme="majorHAnsi"/>
          <w:b/>
          <w:bCs/>
          <w:color w:val="F79646" w:themeColor="accent6"/>
          <w:sz w:val="26"/>
          <w:szCs w:val="26"/>
        </w:rPr>
      </w:pPr>
      <w:r w:rsidRPr="00801C8D">
        <w:rPr>
          <w:rFonts w:asciiTheme="majorHAnsi" w:eastAsiaTheme="majorEastAsia" w:hAnsiTheme="majorHAnsi" w:cstheme="majorHAnsi"/>
          <w:b/>
          <w:bCs/>
          <w:color w:val="F79646" w:themeColor="accent6"/>
          <w:sz w:val="26"/>
          <w:szCs w:val="26"/>
        </w:rPr>
        <w:t xml:space="preserve">7d. </w:t>
      </w:r>
      <w:r w:rsidR="005B3D21" w:rsidRPr="00801C8D">
        <w:rPr>
          <w:rFonts w:asciiTheme="majorHAnsi" w:hAnsiTheme="majorHAnsi" w:cstheme="majorHAnsi"/>
          <w:iCs/>
          <w:color w:val="000000" w:themeColor="text1"/>
        </w:rPr>
        <w:t>M</w:t>
      </w:r>
      <w:r w:rsidR="00496C59" w:rsidRPr="00801C8D">
        <w:rPr>
          <w:rFonts w:asciiTheme="majorHAnsi" w:hAnsiTheme="majorHAnsi" w:cstheme="majorHAnsi"/>
          <w:iCs/>
          <w:color w:val="000000" w:themeColor="text1"/>
        </w:rPr>
        <w:t>ain problem or research questions addressed</w:t>
      </w:r>
    </w:p>
    <w:p w14:paraId="2D031FCC" w14:textId="77777777" w:rsidR="00496C59" w:rsidRPr="00801C8D" w:rsidRDefault="00801C8D" w:rsidP="00801C8D">
      <w:pPr>
        <w:ind w:left="-567" w:right="-567"/>
        <w:rPr>
          <w:rFonts w:asciiTheme="majorHAnsi" w:eastAsiaTheme="majorEastAsia" w:hAnsiTheme="majorHAnsi" w:cstheme="majorHAnsi"/>
          <w:b/>
          <w:bCs/>
          <w:color w:val="F79646" w:themeColor="accent6"/>
          <w:sz w:val="26"/>
          <w:szCs w:val="26"/>
        </w:rPr>
      </w:pPr>
      <w:r w:rsidRPr="00801C8D">
        <w:rPr>
          <w:rFonts w:asciiTheme="majorHAnsi" w:eastAsiaTheme="majorEastAsia" w:hAnsiTheme="majorHAnsi" w:cstheme="majorHAnsi"/>
          <w:b/>
          <w:bCs/>
          <w:color w:val="F79646" w:themeColor="accent6"/>
          <w:sz w:val="26"/>
          <w:szCs w:val="26"/>
        </w:rPr>
        <w:lastRenderedPageBreak/>
        <w:t xml:space="preserve">7e. </w:t>
      </w:r>
      <w:r w:rsidR="005B3D21" w:rsidRPr="00801C8D">
        <w:rPr>
          <w:rFonts w:asciiTheme="majorHAnsi" w:hAnsiTheme="majorHAnsi" w:cstheme="majorHAnsi"/>
          <w:iCs/>
          <w:color w:val="000000" w:themeColor="text1"/>
        </w:rPr>
        <w:t>P</w:t>
      </w:r>
      <w:r w:rsidR="00496C59" w:rsidRPr="00801C8D">
        <w:rPr>
          <w:rFonts w:asciiTheme="majorHAnsi" w:hAnsiTheme="majorHAnsi" w:cstheme="majorHAnsi"/>
          <w:iCs/>
          <w:color w:val="000000" w:themeColor="text1"/>
        </w:rPr>
        <w:t>roject aim or focus</w:t>
      </w:r>
    </w:p>
    <w:p w14:paraId="6BE791CD" w14:textId="77777777" w:rsidR="00496C59" w:rsidRPr="00801C8D" w:rsidRDefault="00801C8D" w:rsidP="00801C8D">
      <w:pPr>
        <w:ind w:left="-567" w:right="-567"/>
        <w:rPr>
          <w:rFonts w:asciiTheme="majorHAnsi" w:eastAsiaTheme="majorEastAsia" w:hAnsiTheme="majorHAnsi" w:cstheme="majorHAnsi"/>
          <w:b/>
          <w:bCs/>
          <w:color w:val="F79646" w:themeColor="accent6"/>
          <w:sz w:val="26"/>
          <w:szCs w:val="26"/>
        </w:rPr>
      </w:pPr>
      <w:r w:rsidRPr="00801C8D">
        <w:rPr>
          <w:rFonts w:asciiTheme="majorHAnsi" w:eastAsiaTheme="majorEastAsia" w:hAnsiTheme="majorHAnsi" w:cstheme="majorHAnsi"/>
          <w:b/>
          <w:bCs/>
          <w:color w:val="F79646" w:themeColor="accent6"/>
          <w:sz w:val="26"/>
          <w:szCs w:val="26"/>
        </w:rPr>
        <w:t xml:space="preserve">7f. </w:t>
      </w:r>
      <w:r w:rsidR="005B3D21" w:rsidRPr="00801C8D">
        <w:rPr>
          <w:rFonts w:asciiTheme="majorHAnsi" w:hAnsiTheme="majorHAnsi" w:cstheme="majorHAnsi"/>
          <w:iCs/>
          <w:color w:val="000000" w:themeColor="text1"/>
        </w:rPr>
        <w:t>M</w:t>
      </w:r>
      <w:r w:rsidR="00496C59" w:rsidRPr="00801C8D">
        <w:rPr>
          <w:rFonts w:asciiTheme="majorHAnsi" w:hAnsiTheme="majorHAnsi" w:cstheme="majorHAnsi"/>
          <w:iCs/>
          <w:color w:val="000000" w:themeColor="text1"/>
        </w:rPr>
        <w:t>ethodology or approach</w:t>
      </w:r>
    </w:p>
    <w:p w14:paraId="2DD14442" w14:textId="77777777" w:rsidR="00496C59" w:rsidRPr="00801C8D" w:rsidRDefault="00801C8D" w:rsidP="00801C8D">
      <w:pPr>
        <w:spacing w:before="120"/>
        <w:ind w:left="-567" w:right="-567"/>
        <w:rPr>
          <w:rFonts w:asciiTheme="majorHAnsi" w:eastAsiaTheme="majorEastAsia" w:hAnsiTheme="majorHAnsi" w:cstheme="majorHAnsi"/>
          <w:b/>
          <w:bCs/>
          <w:color w:val="F79646" w:themeColor="accent6"/>
          <w:sz w:val="26"/>
          <w:szCs w:val="26"/>
        </w:rPr>
      </w:pPr>
      <w:r w:rsidRPr="00801C8D">
        <w:rPr>
          <w:rFonts w:asciiTheme="majorHAnsi" w:eastAsiaTheme="majorEastAsia" w:hAnsiTheme="majorHAnsi" w:cstheme="majorHAnsi"/>
          <w:b/>
          <w:bCs/>
          <w:color w:val="F79646" w:themeColor="accent6"/>
          <w:sz w:val="26"/>
          <w:szCs w:val="26"/>
        </w:rPr>
        <w:t xml:space="preserve">7g. </w:t>
      </w:r>
      <w:r w:rsidR="005B3D21" w:rsidRPr="00801C8D">
        <w:rPr>
          <w:rFonts w:asciiTheme="majorHAnsi" w:hAnsiTheme="majorHAnsi" w:cstheme="majorHAnsi"/>
          <w:iCs/>
          <w:color w:val="000000" w:themeColor="text1"/>
        </w:rPr>
        <w:t>K</w:t>
      </w:r>
      <w:r w:rsidR="00496C59" w:rsidRPr="00801C8D">
        <w:rPr>
          <w:rFonts w:asciiTheme="majorHAnsi" w:hAnsiTheme="majorHAnsi" w:cstheme="majorHAnsi"/>
          <w:iCs/>
          <w:color w:val="000000" w:themeColor="text1"/>
        </w:rPr>
        <w:t>ey activities to be implemented</w:t>
      </w:r>
    </w:p>
    <w:p w14:paraId="50346946" w14:textId="77777777" w:rsidR="00496C59" w:rsidRPr="00542C06" w:rsidRDefault="00496C59" w:rsidP="00542C06">
      <w:pPr>
        <w:spacing w:after="0"/>
        <w:ind w:left="-567" w:right="-567"/>
        <w:rPr>
          <w:rFonts w:asciiTheme="majorHAnsi" w:hAnsiTheme="majorHAnsi" w:cstheme="majorHAnsi"/>
          <w:color w:val="000000" w:themeColor="text1"/>
        </w:rPr>
      </w:pPr>
      <w:r w:rsidRPr="00542C06">
        <w:rPr>
          <w:rFonts w:asciiTheme="majorHAnsi" w:hAnsiTheme="majorHAnsi" w:cstheme="majorHAnsi"/>
          <w:color w:val="000000" w:themeColor="text1"/>
        </w:rPr>
        <w:t>Please briefly explain the reason for these changes, if applicable.</w:t>
      </w:r>
    </w:p>
    <w:p w14:paraId="05B77F58" w14:textId="77777777" w:rsidR="00496C59" w:rsidRPr="0093344B" w:rsidRDefault="00496C59" w:rsidP="005E7519">
      <w:pPr>
        <w:pStyle w:val="Heading2"/>
        <w:numPr>
          <w:ilvl w:val="0"/>
          <w:numId w:val="20"/>
        </w:numPr>
        <w:spacing w:before="480"/>
        <w:ind w:right="-567"/>
        <w:rPr>
          <w:rFonts w:cstheme="majorHAnsi"/>
          <w:color w:val="F79646" w:themeColor="accent6"/>
          <w:sz w:val="28"/>
          <w:szCs w:val="28"/>
        </w:rPr>
      </w:pPr>
      <w:bookmarkStart w:id="11" w:name="_Toc237862510"/>
      <w:bookmarkEnd w:id="10"/>
      <w:r w:rsidRPr="0093344B">
        <w:rPr>
          <w:rFonts w:cstheme="majorHAnsi"/>
          <w:color w:val="F79646" w:themeColor="accent6"/>
          <w:sz w:val="28"/>
          <w:szCs w:val="28"/>
        </w:rPr>
        <w:t>UPDATED WORKPLAN</w:t>
      </w:r>
      <w:bookmarkEnd w:id="11"/>
      <w:r w:rsidRPr="0093344B">
        <w:rPr>
          <w:rFonts w:cstheme="majorHAnsi"/>
          <w:color w:val="F79646" w:themeColor="accent6"/>
          <w:sz w:val="28"/>
          <w:szCs w:val="28"/>
        </w:rPr>
        <w:t xml:space="preserve"> </w:t>
      </w:r>
    </w:p>
    <w:p w14:paraId="6B9D0F6F" w14:textId="77777777" w:rsidR="00496C59" w:rsidRPr="00392C76" w:rsidRDefault="00496C59" w:rsidP="00392C76">
      <w:pPr>
        <w:ind w:left="-567" w:right="-794"/>
        <w:rPr>
          <w:rFonts w:asciiTheme="majorHAnsi" w:hAnsiTheme="majorHAnsi" w:cstheme="majorHAnsi"/>
          <w:iCs/>
          <w:color w:val="000000" w:themeColor="text1"/>
        </w:rPr>
      </w:pPr>
      <w:r w:rsidRPr="00392C76">
        <w:rPr>
          <w:rFonts w:asciiTheme="majorHAnsi" w:hAnsiTheme="majorHAnsi" w:cstheme="majorHAnsi"/>
          <w:iCs/>
          <w:color w:val="000000" w:themeColor="text1"/>
        </w:rPr>
        <w:t>Provide a clear workplan for the continuation phase, outlining the remaining project activities and their</w:t>
      </w:r>
      <w:r w:rsidR="00286708" w:rsidRPr="00392C76">
        <w:rPr>
          <w:rFonts w:asciiTheme="majorHAnsi" w:hAnsiTheme="majorHAnsi" w:cstheme="majorHAnsi"/>
          <w:iCs/>
          <w:color w:val="000000" w:themeColor="text1"/>
        </w:rPr>
        <w:t xml:space="preserve"> </w:t>
      </w:r>
      <w:r w:rsidRPr="00392C76">
        <w:rPr>
          <w:rFonts w:asciiTheme="majorHAnsi" w:hAnsiTheme="majorHAnsi" w:cstheme="majorHAnsi"/>
          <w:iCs/>
          <w:color w:val="000000" w:themeColor="text1"/>
        </w:rPr>
        <w:t>timing.</w:t>
      </w:r>
    </w:p>
    <w:p w14:paraId="03660592" w14:textId="77777777" w:rsidR="00315225" w:rsidRPr="00392C76" w:rsidRDefault="00315225" w:rsidP="00392C76">
      <w:pPr>
        <w:ind w:left="-567" w:right="-794"/>
        <w:rPr>
          <w:rFonts w:asciiTheme="majorHAnsi" w:hAnsiTheme="majorHAnsi" w:cstheme="majorHAnsi"/>
          <w:iCs/>
          <w:color w:val="000000" w:themeColor="text1"/>
        </w:rPr>
      </w:pPr>
      <w:r w:rsidRPr="00392C76">
        <w:rPr>
          <w:rFonts w:asciiTheme="majorHAnsi" w:hAnsiTheme="majorHAnsi" w:cstheme="majorHAnsi"/>
          <w:iCs/>
          <w:color w:val="000000" w:themeColor="text1"/>
        </w:rPr>
        <w:t>If the project continues beyond the next year, provide a brief overview of the remaining project timeline.</w:t>
      </w:r>
    </w:p>
    <w:tbl>
      <w:tblPr>
        <w:tblStyle w:val="GridTable4-Accent6"/>
        <w:tblW w:w="9923" w:type="dxa"/>
        <w:tblInd w:w="-714" w:type="dxa"/>
        <w:tblLook w:val="04A0" w:firstRow="1" w:lastRow="0" w:firstColumn="1" w:lastColumn="0" w:noHBand="0" w:noVBand="1"/>
      </w:tblPr>
      <w:tblGrid>
        <w:gridCol w:w="3828"/>
        <w:gridCol w:w="2683"/>
        <w:gridCol w:w="719"/>
        <w:gridCol w:w="2693"/>
      </w:tblGrid>
      <w:tr w:rsidR="00496C59" w14:paraId="18806177" w14:textId="77777777" w:rsidTr="003152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7BF06968" w14:textId="77777777" w:rsidR="00496C59" w:rsidRPr="00D871C2" w:rsidRDefault="00496C59" w:rsidP="00C45588">
            <w:pPr>
              <w:spacing w:before="160"/>
              <w:jc w:val="center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D871C2">
              <w:rPr>
                <w:rFonts w:asciiTheme="majorHAnsi" w:hAnsiTheme="majorHAnsi" w:cstheme="majorHAnsi"/>
                <w:caps/>
                <w:sz w:val="21"/>
                <w:szCs w:val="21"/>
              </w:rPr>
              <w:t>Activity</w:t>
            </w:r>
          </w:p>
        </w:tc>
        <w:tc>
          <w:tcPr>
            <w:tcW w:w="3402" w:type="dxa"/>
            <w:gridSpan w:val="2"/>
            <w:hideMark/>
          </w:tcPr>
          <w:p w14:paraId="5108C3E6" w14:textId="77777777" w:rsidR="00496C59" w:rsidRPr="00D871C2" w:rsidRDefault="00315225" w:rsidP="00315225">
            <w:pPr>
              <w:spacing w:before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aps/>
                <w:sz w:val="21"/>
                <w:szCs w:val="21"/>
              </w:rPr>
              <w:t xml:space="preserve">              </w:t>
            </w:r>
            <w:r w:rsidR="00496C59" w:rsidRPr="00D871C2">
              <w:rPr>
                <w:rFonts w:asciiTheme="majorHAnsi" w:hAnsiTheme="majorHAnsi" w:cstheme="majorHAnsi"/>
                <w:caps/>
                <w:sz w:val="21"/>
                <w:szCs w:val="21"/>
              </w:rPr>
              <w:t>Timeline</w:t>
            </w:r>
          </w:p>
        </w:tc>
        <w:tc>
          <w:tcPr>
            <w:tcW w:w="2693" w:type="dxa"/>
            <w:hideMark/>
          </w:tcPr>
          <w:p w14:paraId="585037FA" w14:textId="77777777" w:rsidR="00496C59" w:rsidRPr="00D871C2" w:rsidRDefault="00496C59" w:rsidP="00C45588">
            <w:pPr>
              <w:spacing w:before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D871C2">
              <w:rPr>
                <w:rFonts w:asciiTheme="majorHAnsi" w:hAnsiTheme="majorHAnsi" w:cstheme="majorHAnsi"/>
                <w:caps/>
                <w:sz w:val="21"/>
                <w:szCs w:val="21"/>
              </w:rPr>
              <w:t>Expected Result</w:t>
            </w:r>
          </w:p>
        </w:tc>
      </w:tr>
      <w:tr w:rsidR="00496C59" w:rsidRPr="00625635" w14:paraId="69F7E30C" w14:textId="77777777" w:rsidTr="00315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027DE70" w14:textId="77777777" w:rsidR="00496C59" w:rsidRPr="00625635" w:rsidRDefault="00496C59" w:rsidP="00C45588">
            <w:pPr>
              <w:spacing w:line="36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</w:rPr>
            </w:pPr>
          </w:p>
        </w:tc>
        <w:tc>
          <w:tcPr>
            <w:tcW w:w="2683" w:type="dxa"/>
          </w:tcPr>
          <w:p w14:paraId="648D17BF" w14:textId="77777777" w:rsidR="00496C59" w:rsidRPr="00625635" w:rsidRDefault="00496C59" w:rsidP="00C455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412" w:type="dxa"/>
            <w:gridSpan w:val="2"/>
          </w:tcPr>
          <w:p w14:paraId="13D4E8E9" w14:textId="77777777" w:rsidR="00496C59" w:rsidRPr="00625635" w:rsidRDefault="00496C59" w:rsidP="00C455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286708" w:rsidRPr="00625635" w14:paraId="0CEB28E2" w14:textId="77777777" w:rsidTr="00315225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5CE2A3C" w14:textId="77777777" w:rsidR="00286708" w:rsidRPr="00625635" w:rsidRDefault="00286708" w:rsidP="00C45588">
            <w:pPr>
              <w:spacing w:line="36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</w:rPr>
            </w:pPr>
          </w:p>
        </w:tc>
        <w:tc>
          <w:tcPr>
            <w:tcW w:w="2683" w:type="dxa"/>
          </w:tcPr>
          <w:p w14:paraId="313728B3" w14:textId="77777777" w:rsidR="00286708" w:rsidRPr="00625635" w:rsidRDefault="00286708" w:rsidP="00C455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412" w:type="dxa"/>
            <w:gridSpan w:val="2"/>
          </w:tcPr>
          <w:p w14:paraId="2C2119E5" w14:textId="77777777" w:rsidR="00286708" w:rsidRPr="00625635" w:rsidRDefault="00286708" w:rsidP="00C455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286708" w:rsidRPr="00625635" w14:paraId="1802D849" w14:textId="77777777" w:rsidTr="00315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48C0C8A" w14:textId="77777777" w:rsidR="00286708" w:rsidRPr="00625635" w:rsidRDefault="00286708" w:rsidP="00C45588">
            <w:pPr>
              <w:spacing w:line="36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</w:rPr>
            </w:pPr>
          </w:p>
        </w:tc>
        <w:tc>
          <w:tcPr>
            <w:tcW w:w="2683" w:type="dxa"/>
          </w:tcPr>
          <w:p w14:paraId="7BC9EAF0" w14:textId="77777777" w:rsidR="00286708" w:rsidRPr="00625635" w:rsidRDefault="00286708" w:rsidP="00C455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412" w:type="dxa"/>
            <w:gridSpan w:val="2"/>
          </w:tcPr>
          <w:p w14:paraId="0C46ED1B" w14:textId="77777777" w:rsidR="00286708" w:rsidRPr="00625635" w:rsidRDefault="00286708" w:rsidP="00C455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</w:tbl>
    <w:p w14:paraId="40303A31" w14:textId="77777777" w:rsidR="00315225" w:rsidRPr="00CF137B" w:rsidRDefault="00315225" w:rsidP="00315225">
      <w:pPr>
        <w:spacing w:before="120" w:after="0"/>
        <w:ind w:left="-567" w:right="-567"/>
        <w:rPr>
          <w:rFonts w:asciiTheme="majorHAnsi" w:hAnsiTheme="majorHAnsi" w:cstheme="majorHAnsi"/>
          <w:i/>
          <w:color w:val="000000" w:themeColor="text1"/>
        </w:rPr>
      </w:pPr>
      <w:r w:rsidRPr="00CF137B">
        <w:rPr>
          <w:rFonts w:asciiTheme="majorHAnsi" w:hAnsiTheme="majorHAnsi" w:cstheme="majorHAnsi"/>
          <w:i/>
          <w:color w:val="000000" w:themeColor="text1"/>
        </w:rPr>
        <w:t>Add rows if necessary.</w:t>
      </w:r>
    </w:p>
    <w:p w14:paraId="15354331" w14:textId="77777777" w:rsidR="00496C59" w:rsidRPr="0093344B" w:rsidRDefault="00496C59" w:rsidP="005E7519">
      <w:pPr>
        <w:pStyle w:val="Heading2"/>
        <w:numPr>
          <w:ilvl w:val="0"/>
          <w:numId w:val="20"/>
        </w:numPr>
        <w:spacing w:before="480"/>
        <w:ind w:right="-567"/>
        <w:rPr>
          <w:rFonts w:cstheme="majorHAnsi"/>
          <w:color w:val="F79646" w:themeColor="accent6"/>
          <w:sz w:val="28"/>
          <w:szCs w:val="28"/>
        </w:rPr>
      </w:pPr>
      <w:bookmarkStart w:id="12" w:name="_Toc237862511"/>
      <w:r w:rsidRPr="0093344B">
        <w:rPr>
          <w:rFonts w:cstheme="majorHAnsi"/>
          <w:color w:val="F79646" w:themeColor="accent6"/>
          <w:sz w:val="28"/>
          <w:szCs w:val="28"/>
        </w:rPr>
        <w:t>FINANCIAL OVERVIEW</w:t>
      </w:r>
      <w:bookmarkEnd w:id="12"/>
      <w:r w:rsidRPr="0093344B">
        <w:rPr>
          <w:rFonts w:cstheme="majorHAnsi"/>
          <w:color w:val="F79646" w:themeColor="accent6"/>
          <w:sz w:val="28"/>
          <w:szCs w:val="28"/>
        </w:rPr>
        <w:t xml:space="preserve"> </w:t>
      </w:r>
    </w:p>
    <w:p w14:paraId="375F7D07" w14:textId="77777777" w:rsidR="00496C59" w:rsidRPr="00392C76" w:rsidRDefault="00496C59" w:rsidP="00392C76">
      <w:pPr>
        <w:ind w:left="-567" w:right="-794"/>
        <w:rPr>
          <w:rFonts w:asciiTheme="majorHAnsi" w:hAnsiTheme="majorHAnsi" w:cstheme="majorHAnsi"/>
          <w:iCs/>
          <w:color w:val="000000" w:themeColor="text1"/>
        </w:rPr>
      </w:pPr>
      <w:r w:rsidRPr="00392C76">
        <w:rPr>
          <w:rFonts w:asciiTheme="majorHAnsi" w:hAnsiTheme="majorHAnsi" w:cstheme="majorHAnsi"/>
          <w:iCs/>
          <w:color w:val="000000" w:themeColor="text1"/>
        </w:rPr>
        <w:t>Provide an overview of the project budget compared with actual expenditure.</w:t>
      </w:r>
    </w:p>
    <w:p w14:paraId="654C414B" w14:textId="77777777" w:rsidR="00496C59" w:rsidRPr="00392C76" w:rsidRDefault="00496C59" w:rsidP="00392C76">
      <w:pPr>
        <w:ind w:left="-567" w:right="-794"/>
        <w:rPr>
          <w:rFonts w:asciiTheme="majorHAnsi" w:hAnsiTheme="majorHAnsi" w:cstheme="majorHAnsi"/>
          <w:iCs/>
          <w:color w:val="000000" w:themeColor="text1"/>
        </w:rPr>
      </w:pPr>
      <w:r w:rsidRPr="00392C76">
        <w:rPr>
          <w:rFonts w:asciiTheme="majorHAnsi" w:hAnsiTheme="majorHAnsi" w:cstheme="majorHAnsi"/>
          <w:iCs/>
          <w:color w:val="000000" w:themeColor="text1"/>
        </w:rPr>
        <w:t>If the funds granted by Bears in Mind covered only part of the total project budget, please indicate in the lastcolumn which costs were supported by the Bears in Mind grant.</w:t>
      </w:r>
    </w:p>
    <w:tbl>
      <w:tblPr>
        <w:tblStyle w:val="GridTable4-Accent6"/>
        <w:tblW w:w="992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879"/>
        <w:gridCol w:w="2016"/>
        <w:gridCol w:w="2015"/>
        <w:gridCol w:w="2016"/>
      </w:tblGrid>
      <w:tr w:rsidR="00496C59" w:rsidRPr="00913EA2" w14:paraId="5AD04852" w14:textId="77777777" w:rsidTr="003152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9" w:type="dxa"/>
            <w:hideMark/>
          </w:tcPr>
          <w:p w14:paraId="3971CC96" w14:textId="77777777" w:rsidR="00496C59" w:rsidRPr="00BD37AA" w:rsidRDefault="00496C59" w:rsidP="00C45588">
            <w:pPr>
              <w:spacing w:before="160"/>
              <w:jc w:val="center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BD37AA">
              <w:rPr>
                <w:rFonts w:asciiTheme="majorHAnsi" w:hAnsiTheme="majorHAnsi" w:cstheme="majorHAnsi"/>
                <w:caps/>
                <w:sz w:val="21"/>
                <w:szCs w:val="21"/>
              </w:rPr>
              <w:t>Cost category</w:t>
            </w:r>
          </w:p>
        </w:tc>
        <w:tc>
          <w:tcPr>
            <w:tcW w:w="2016" w:type="dxa"/>
            <w:hideMark/>
          </w:tcPr>
          <w:p w14:paraId="5DC2775F" w14:textId="77777777" w:rsidR="00496C59" w:rsidRPr="008825BB" w:rsidRDefault="00496C59" w:rsidP="00C45588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8825BB">
              <w:rPr>
                <w:rFonts w:asciiTheme="majorHAnsi" w:hAnsiTheme="majorHAnsi" w:cstheme="majorHAnsi"/>
                <w:caps/>
                <w:sz w:val="21"/>
                <w:szCs w:val="21"/>
              </w:rPr>
              <w:t>Approved /Estimated (€)</w:t>
            </w:r>
          </w:p>
        </w:tc>
        <w:tc>
          <w:tcPr>
            <w:tcW w:w="2015" w:type="dxa"/>
            <w:hideMark/>
          </w:tcPr>
          <w:p w14:paraId="086A7266" w14:textId="77777777" w:rsidR="00496C59" w:rsidRPr="008825BB" w:rsidRDefault="00496C59" w:rsidP="00C45588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8825BB">
              <w:rPr>
                <w:rFonts w:asciiTheme="majorHAnsi" w:hAnsiTheme="majorHAnsi" w:cstheme="majorHAnsi"/>
                <w:caps/>
                <w:sz w:val="21"/>
                <w:szCs w:val="21"/>
              </w:rPr>
              <w:t>Actual expenditure (€)</w:t>
            </w:r>
          </w:p>
        </w:tc>
        <w:tc>
          <w:tcPr>
            <w:tcW w:w="2016" w:type="dxa"/>
            <w:hideMark/>
          </w:tcPr>
          <w:p w14:paraId="76B36255" w14:textId="77777777" w:rsidR="00496C59" w:rsidRPr="008825BB" w:rsidRDefault="00496C59" w:rsidP="00C45588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8825BB">
              <w:rPr>
                <w:rFonts w:asciiTheme="majorHAnsi" w:hAnsiTheme="majorHAnsi" w:cstheme="majorHAnsi"/>
                <w:caps/>
                <w:sz w:val="21"/>
                <w:szCs w:val="21"/>
              </w:rPr>
              <w:t>Bears in Mind</w:t>
            </w:r>
            <w:r w:rsidR="00913EA2">
              <w:rPr>
                <w:rFonts w:asciiTheme="majorHAnsi" w:hAnsiTheme="majorHAnsi" w:cstheme="majorHAnsi"/>
                <w:caps/>
                <w:sz w:val="21"/>
                <w:szCs w:val="21"/>
              </w:rPr>
              <w:t xml:space="preserve"> </w:t>
            </w:r>
            <w:r w:rsidRPr="008825BB">
              <w:rPr>
                <w:rFonts w:asciiTheme="majorHAnsi" w:hAnsiTheme="majorHAnsi" w:cstheme="majorHAnsi"/>
                <w:caps/>
                <w:sz w:val="21"/>
                <w:szCs w:val="21"/>
              </w:rPr>
              <w:t>contribution (€)</w:t>
            </w:r>
          </w:p>
        </w:tc>
      </w:tr>
      <w:tr w:rsidR="00496C59" w:rsidRPr="00913EA2" w14:paraId="4C09118F" w14:textId="77777777" w:rsidTr="00315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9" w:type="dxa"/>
            <w:hideMark/>
          </w:tcPr>
          <w:p w14:paraId="03734BEF" w14:textId="77777777" w:rsidR="00496C59" w:rsidRPr="00913EA2" w:rsidRDefault="00496C59" w:rsidP="00913EA2">
            <w:pPr>
              <w:spacing w:before="160"/>
              <w:jc w:val="center"/>
              <w:rPr>
                <w:rFonts w:asciiTheme="majorHAnsi" w:hAnsiTheme="majorHAnsi" w:cstheme="majorHAnsi"/>
                <w:cap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2016" w:type="dxa"/>
            <w:hideMark/>
          </w:tcPr>
          <w:p w14:paraId="7934B0A4" w14:textId="77777777" w:rsidR="00496C59" w:rsidRPr="00913EA2" w:rsidRDefault="00496C59" w:rsidP="00913EA2">
            <w:pPr>
              <w:spacing w:before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2015" w:type="dxa"/>
            <w:hideMark/>
          </w:tcPr>
          <w:p w14:paraId="756972D8" w14:textId="77777777" w:rsidR="00496C59" w:rsidRPr="00913EA2" w:rsidRDefault="00496C59" w:rsidP="00913EA2">
            <w:pPr>
              <w:spacing w:before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2016" w:type="dxa"/>
            <w:hideMark/>
          </w:tcPr>
          <w:p w14:paraId="6967BEA1" w14:textId="77777777" w:rsidR="00496C59" w:rsidRPr="00913EA2" w:rsidRDefault="00496C59" w:rsidP="00913EA2">
            <w:pPr>
              <w:spacing w:before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color w:val="FFFFFF" w:themeColor="background1"/>
                <w:sz w:val="21"/>
                <w:szCs w:val="21"/>
              </w:rPr>
            </w:pPr>
          </w:p>
        </w:tc>
      </w:tr>
      <w:tr w:rsidR="00496C59" w:rsidRPr="00913EA2" w14:paraId="76E70F40" w14:textId="77777777" w:rsidTr="00315225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9" w:type="dxa"/>
            <w:hideMark/>
          </w:tcPr>
          <w:p w14:paraId="12F38A72" w14:textId="77777777" w:rsidR="00496C59" w:rsidRPr="00913EA2" w:rsidRDefault="00496C59" w:rsidP="00913EA2">
            <w:pPr>
              <w:spacing w:before="160"/>
              <w:jc w:val="center"/>
              <w:rPr>
                <w:rFonts w:asciiTheme="majorHAnsi" w:hAnsiTheme="majorHAnsi" w:cstheme="majorHAnsi"/>
                <w:cap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2016" w:type="dxa"/>
            <w:hideMark/>
          </w:tcPr>
          <w:p w14:paraId="2412F5AE" w14:textId="77777777" w:rsidR="00496C59" w:rsidRPr="00913EA2" w:rsidRDefault="00496C59" w:rsidP="00913EA2">
            <w:pPr>
              <w:spacing w:before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2015" w:type="dxa"/>
            <w:hideMark/>
          </w:tcPr>
          <w:p w14:paraId="0667EBE2" w14:textId="77777777" w:rsidR="00496C59" w:rsidRPr="00913EA2" w:rsidRDefault="00496C59" w:rsidP="00913EA2">
            <w:pPr>
              <w:spacing w:before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2016" w:type="dxa"/>
            <w:hideMark/>
          </w:tcPr>
          <w:p w14:paraId="5BD0DE25" w14:textId="77777777" w:rsidR="00496C59" w:rsidRPr="00913EA2" w:rsidRDefault="00496C59" w:rsidP="00913EA2">
            <w:pPr>
              <w:spacing w:before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color w:val="FFFFFF" w:themeColor="background1"/>
                <w:sz w:val="21"/>
                <w:szCs w:val="21"/>
              </w:rPr>
            </w:pPr>
          </w:p>
        </w:tc>
      </w:tr>
      <w:tr w:rsidR="00496C59" w:rsidRPr="00BD37AA" w14:paraId="10F830A6" w14:textId="77777777" w:rsidTr="00315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9" w:type="dxa"/>
            <w:hideMark/>
          </w:tcPr>
          <w:p w14:paraId="1940F3FA" w14:textId="77777777" w:rsidR="00496C59" w:rsidRPr="00BD37AA" w:rsidRDefault="00496C59" w:rsidP="00C45588">
            <w:pPr>
              <w:spacing w:before="120" w:after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</w:p>
        </w:tc>
        <w:tc>
          <w:tcPr>
            <w:tcW w:w="2016" w:type="dxa"/>
            <w:hideMark/>
          </w:tcPr>
          <w:p w14:paraId="6BDC7CAF" w14:textId="77777777" w:rsidR="00496C59" w:rsidRPr="00BD37AA" w:rsidRDefault="00496C59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2015" w:type="dxa"/>
            <w:hideMark/>
          </w:tcPr>
          <w:p w14:paraId="04A82EA1" w14:textId="77777777" w:rsidR="00496C59" w:rsidRPr="00BD37AA" w:rsidRDefault="00496C59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hideMark/>
          </w:tcPr>
          <w:p w14:paraId="43117D14" w14:textId="77777777" w:rsidR="00496C59" w:rsidRPr="00BD37AA" w:rsidRDefault="00496C59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C6F159E" w14:textId="77777777" w:rsidR="00315225" w:rsidRPr="00CF137B" w:rsidRDefault="00315225" w:rsidP="00315225">
      <w:pPr>
        <w:spacing w:before="120" w:after="0"/>
        <w:ind w:left="-567" w:right="-567"/>
        <w:rPr>
          <w:rFonts w:asciiTheme="majorHAnsi" w:hAnsiTheme="majorHAnsi" w:cstheme="majorHAnsi"/>
          <w:i/>
          <w:color w:val="000000" w:themeColor="text1"/>
        </w:rPr>
      </w:pPr>
      <w:r w:rsidRPr="00CF137B">
        <w:rPr>
          <w:rFonts w:asciiTheme="majorHAnsi" w:hAnsiTheme="majorHAnsi" w:cstheme="majorHAnsi"/>
          <w:i/>
          <w:color w:val="000000" w:themeColor="text1"/>
        </w:rPr>
        <w:t>Add rows if necessary.</w:t>
      </w:r>
    </w:p>
    <w:p w14:paraId="6C9D028C" w14:textId="77777777" w:rsidR="00496C59" w:rsidRPr="0093344B" w:rsidRDefault="002048FB" w:rsidP="00315225">
      <w:pPr>
        <w:pStyle w:val="Heading2"/>
        <w:numPr>
          <w:ilvl w:val="0"/>
          <w:numId w:val="20"/>
        </w:numPr>
        <w:spacing w:before="480"/>
        <w:ind w:right="-567"/>
        <w:rPr>
          <w:rFonts w:cstheme="majorHAnsi"/>
          <w:color w:val="F79646" w:themeColor="accent6"/>
          <w:sz w:val="28"/>
          <w:szCs w:val="28"/>
        </w:rPr>
      </w:pPr>
      <w:r w:rsidRPr="0093344B">
        <w:rPr>
          <w:rFonts w:cstheme="majorHAnsi"/>
          <w:color w:val="F79646" w:themeColor="accent6"/>
          <w:sz w:val="28"/>
          <w:szCs w:val="28"/>
        </w:rPr>
        <w:lastRenderedPageBreak/>
        <w:t xml:space="preserve"> </w:t>
      </w:r>
      <w:bookmarkStart w:id="13" w:name="_Toc237862512"/>
      <w:r w:rsidR="00496C59" w:rsidRPr="0093344B">
        <w:rPr>
          <w:rFonts w:cstheme="majorHAnsi"/>
          <w:color w:val="F79646" w:themeColor="accent6"/>
          <w:sz w:val="28"/>
          <w:szCs w:val="28"/>
        </w:rPr>
        <w:t>CONTINUATION FUNDING REQUESTED</w:t>
      </w:r>
      <w:bookmarkEnd w:id="13"/>
      <w:r w:rsidR="00496C59" w:rsidRPr="0093344B">
        <w:rPr>
          <w:rFonts w:cstheme="majorHAnsi"/>
          <w:color w:val="F79646" w:themeColor="accent6"/>
          <w:sz w:val="28"/>
          <w:szCs w:val="28"/>
        </w:rPr>
        <w:t xml:space="preserve"> </w:t>
      </w:r>
    </w:p>
    <w:p w14:paraId="5E779EE2" w14:textId="77777777" w:rsidR="00315225" w:rsidRPr="00C078E2" w:rsidRDefault="00496C59" w:rsidP="00C078E2">
      <w:pPr>
        <w:ind w:left="-567" w:right="-794"/>
        <w:rPr>
          <w:rFonts w:asciiTheme="majorHAnsi" w:hAnsiTheme="majorHAnsi" w:cstheme="majorHAnsi"/>
          <w:iCs/>
          <w:color w:val="000000" w:themeColor="text1"/>
        </w:rPr>
      </w:pPr>
      <w:r w:rsidRPr="00C078E2">
        <w:rPr>
          <w:rFonts w:asciiTheme="majorHAnsi" w:hAnsiTheme="majorHAnsi" w:cstheme="majorHAnsi"/>
          <w:iCs/>
          <w:color w:val="000000" w:themeColor="text1"/>
        </w:rPr>
        <w:t>Amount requested from Bears in Mind for continuation phase: €</w:t>
      </w:r>
    </w:p>
    <w:p w14:paraId="2E171ED7" w14:textId="77777777" w:rsidR="00315225" w:rsidRPr="00C078E2" w:rsidRDefault="00315225" w:rsidP="00C078E2">
      <w:pPr>
        <w:ind w:left="-567" w:right="-794"/>
        <w:rPr>
          <w:rFonts w:asciiTheme="majorHAnsi" w:hAnsiTheme="majorHAnsi" w:cstheme="majorHAnsi"/>
          <w:iCs/>
          <w:color w:val="000000" w:themeColor="text1"/>
        </w:rPr>
      </w:pPr>
      <w:r w:rsidRPr="00C078E2">
        <w:rPr>
          <w:rFonts w:asciiTheme="majorHAnsi" w:hAnsiTheme="majorHAnsi" w:cstheme="majorHAnsi"/>
          <w:iCs/>
          <w:color w:val="000000" w:themeColor="text1"/>
        </w:rPr>
        <w:t>Please briefly indicate which activities or cost categories the requested funding will support.</w:t>
      </w:r>
    </w:p>
    <w:tbl>
      <w:tblPr>
        <w:tblStyle w:val="GridTable4-Accent6"/>
        <w:tblW w:w="10060" w:type="dxa"/>
        <w:jc w:val="center"/>
        <w:tblLook w:val="04A0" w:firstRow="1" w:lastRow="0" w:firstColumn="1" w:lastColumn="0" w:noHBand="0" w:noVBand="1"/>
      </w:tblPr>
      <w:tblGrid>
        <w:gridCol w:w="3828"/>
        <w:gridCol w:w="1984"/>
        <w:gridCol w:w="4248"/>
      </w:tblGrid>
      <w:tr w:rsidR="00315225" w:rsidRPr="00BD37AA" w14:paraId="2C69CFE2" w14:textId="77777777" w:rsidTr="00C455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4806F6AC" w14:textId="77777777" w:rsidR="00315225" w:rsidRPr="00BD37AA" w:rsidRDefault="00315225" w:rsidP="00C45588">
            <w:pPr>
              <w:spacing w:before="160"/>
              <w:jc w:val="center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913EA2">
              <w:rPr>
                <w:rFonts w:asciiTheme="majorHAnsi" w:hAnsiTheme="majorHAnsi" w:cstheme="majorHAnsi"/>
                <w:caps/>
                <w:sz w:val="21"/>
                <w:szCs w:val="21"/>
              </w:rPr>
              <w:t>Activity / Cost Category</w:t>
            </w:r>
          </w:p>
        </w:tc>
        <w:tc>
          <w:tcPr>
            <w:tcW w:w="1984" w:type="dxa"/>
            <w:hideMark/>
          </w:tcPr>
          <w:p w14:paraId="4E31F2C9" w14:textId="77777777" w:rsidR="00315225" w:rsidRPr="00BD37AA" w:rsidRDefault="00315225" w:rsidP="00C45588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  <w:sz w:val="21"/>
                <w:szCs w:val="21"/>
              </w:rPr>
            </w:pPr>
            <w:r w:rsidRPr="00CC34D8">
              <w:rPr>
                <w:rFonts w:asciiTheme="majorHAnsi" w:hAnsiTheme="majorHAnsi" w:cstheme="majorHAnsi"/>
                <w:caps/>
                <w:sz w:val="21"/>
                <w:szCs w:val="21"/>
              </w:rPr>
              <w:t>Estimated (€)</w:t>
            </w:r>
          </w:p>
        </w:tc>
        <w:tc>
          <w:tcPr>
            <w:tcW w:w="4248" w:type="dxa"/>
            <w:hideMark/>
          </w:tcPr>
          <w:p w14:paraId="6D3BDBBD" w14:textId="77777777" w:rsidR="00315225" w:rsidRPr="00552A8B" w:rsidRDefault="00315225" w:rsidP="00C45588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913EA2">
              <w:rPr>
                <w:rFonts w:asciiTheme="majorHAnsi" w:hAnsiTheme="majorHAnsi" w:cstheme="majorHAnsi"/>
                <w:caps/>
                <w:sz w:val="21"/>
                <w:szCs w:val="21"/>
              </w:rPr>
              <w:t>Brief Description</w:t>
            </w:r>
          </w:p>
        </w:tc>
      </w:tr>
      <w:tr w:rsidR="00315225" w:rsidRPr="00BD37AA" w14:paraId="2B4DC683" w14:textId="77777777" w:rsidTr="00C45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7258CC11" w14:textId="77777777" w:rsidR="00315225" w:rsidRPr="00BD37AA" w:rsidRDefault="00315225" w:rsidP="00C45588">
            <w:pPr>
              <w:spacing w:before="120" w:after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</w:p>
        </w:tc>
        <w:tc>
          <w:tcPr>
            <w:tcW w:w="1984" w:type="dxa"/>
            <w:hideMark/>
          </w:tcPr>
          <w:p w14:paraId="5399A681" w14:textId="77777777" w:rsidR="00315225" w:rsidRPr="00BD37AA" w:rsidRDefault="00315225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4248" w:type="dxa"/>
            <w:hideMark/>
          </w:tcPr>
          <w:p w14:paraId="4895864B" w14:textId="77777777" w:rsidR="00315225" w:rsidRPr="00BD37AA" w:rsidRDefault="00315225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15225" w:rsidRPr="00BD37AA" w14:paraId="00CE0BAD" w14:textId="77777777" w:rsidTr="00C45588">
        <w:trPr>
          <w:trHeight w:val="6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61C54C35" w14:textId="77777777" w:rsidR="00315225" w:rsidRPr="00BD37AA" w:rsidRDefault="00315225" w:rsidP="00C45588">
            <w:pPr>
              <w:spacing w:after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</w:p>
        </w:tc>
        <w:tc>
          <w:tcPr>
            <w:tcW w:w="1984" w:type="dxa"/>
            <w:hideMark/>
          </w:tcPr>
          <w:p w14:paraId="69096511" w14:textId="77777777" w:rsidR="00315225" w:rsidRPr="00BD37AA" w:rsidRDefault="00315225" w:rsidP="00C4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4248" w:type="dxa"/>
            <w:hideMark/>
          </w:tcPr>
          <w:p w14:paraId="287738E2" w14:textId="77777777" w:rsidR="00315225" w:rsidRPr="00BD37AA" w:rsidRDefault="00315225" w:rsidP="00C4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15225" w:rsidRPr="00BD37AA" w14:paraId="47840181" w14:textId="77777777" w:rsidTr="00C45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7BA28997" w14:textId="77777777" w:rsidR="00315225" w:rsidRPr="00BD37AA" w:rsidRDefault="00315225" w:rsidP="00C45588">
            <w:pPr>
              <w:spacing w:before="120" w:after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</w:p>
        </w:tc>
        <w:tc>
          <w:tcPr>
            <w:tcW w:w="1984" w:type="dxa"/>
            <w:hideMark/>
          </w:tcPr>
          <w:p w14:paraId="25856A55" w14:textId="77777777" w:rsidR="00315225" w:rsidRPr="00BD37AA" w:rsidRDefault="00315225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4248" w:type="dxa"/>
            <w:hideMark/>
          </w:tcPr>
          <w:p w14:paraId="0A4D034B" w14:textId="77777777" w:rsidR="00315225" w:rsidRPr="00BD37AA" w:rsidRDefault="00315225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15225" w:rsidRPr="00BD37AA" w14:paraId="27B4381C" w14:textId="77777777" w:rsidTr="00C45588">
        <w:trPr>
          <w:trHeight w:val="5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2E3A809D" w14:textId="77777777" w:rsidR="00315225" w:rsidRPr="00BD37AA" w:rsidRDefault="00315225" w:rsidP="00C45588">
            <w:pPr>
              <w:spacing w:before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BD37AA">
              <w:rPr>
                <w:rFonts w:asciiTheme="majorHAnsi" w:hAnsiTheme="majorHAnsi" w:cstheme="majorHAnsi"/>
                <w:caps/>
                <w:sz w:val="21"/>
                <w:szCs w:val="21"/>
              </w:rPr>
              <w:t>TOTAL</w:t>
            </w:r>
          </w:p>
        </w:tc>
        <w:tc>
          <w:tcPr>
            <w:tcW w:w="1984" w:type="dxa"/>
            <w:hideMark/>
          </w:tcPr>
          <w:p w14:paraId="1564DD35" w14:textId="77777777" w:rsidR="00315225" w:rsidRPr="00BD37AA" w:rsidRDefault="00315225" w:rsidP="00C4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4248" w:type="dxa"/>
            <w:hideMark/>
          </w:tcPr>
          <w:p w14:paraId="5986E962" w14:textId="77777777" w:rsidR="00315225" w:rsidRPr="00BD37AA" w:rsidRDefault="00315225" w:rsidP="00C4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7D9460A" w14:textId="77777777" w:rsidR="00315225" w:rsidRPr="00CF137B" w:rsidRDefault="00315225" w:rsidP="00315225">
      <w:pPr>
        <w:spacing w:before="120" w:after="0"/>
        <w:ind w:left="-567" w:right="-567"/>
        <w:rPr>
          <w:rFonts w:asciiTheme="majorHAnsi" w:hAnsiTheme="majorHAnsi" w:cstheme="majorHAnsi"/>
          <w:i/>
          <w:color w:val="000000" w:themeColor="text1"/>
        </w:rPr>
      </w:pPr>
      <w:r w:rsidRPr="00CF137B">
        <w:rPr>
          <w:rFonts w:asciiTheme="majorHAnsi" w:hAnsiTheme="majorHAnsi" w:cstheme="majorHAnsi"/>
          <w:i/>
          <w:color w:val="000000" w:themeColor="text1"/>
        </w:rPr>
        <w:t>Add rows if necessary.</w:t>
      </w:r>
    </w:p>
    <w:p w14:paraId="7560CC7D" w14:textId="37B6A173" w:rsidR="00496C59" w:rsidRPr="0093344B" w:rsidRDefault="00C078E2" w:rsidP="005E7519">
      <w:pPr>
        <w:pStyle w:val="Heading2"/>
        <w:numPr>
          <w:ilvl w:val="0"/>
          <w:numId w:val="20"/>
        </w:numPr>
        <w:spacing w:before="480"/>
        <w:ind w:right="-567"/>
        <w:rPr>
          <w:rFonts w:cstheme="majorHAnsi"/>
          <w:color w:val="F79646" w:themeColor="accent6"/>
          <w:sz w:val="28"/>
          <w:szCs w:val="28"/>
        </w:rPr>
      </w:pPr>
      <w:bookmarkStart w:id="14" w:name="_Toc237862513"/>
      <w:r>
        <w:rPr>
          <w:rFonts w:cstheme="majorHAnsi"/>
          <w:color w:val="F79646" w:themeColor="accent6"/>
          <w:sz w:val="28"/>
          <w:szCs w:val="28"/>
        </w:rPr>
        <w:t xml:space="preserve"> </w:t>
      </w:r>
      <w:r w:rsidR="00496C59" w:rsidRPr="0093344B">
        <w:rPr>
          <w:rFonts w:cstheme="majorHAnsi"/>
          <w:color w:val="F79646" w:themeColor="accent6"/>
          <w:sz w:val="28"/>
          <w:szCs w:val="28"/>
        </w:rPr>
        <w:t>NEW FINANCIAL SOURCES</w:t>
      </w:r>
      <w:bookmarkEnd w:id="14"/>
      <w:r w:rsidR="00496C59" w:rsidRPr="0093344B">
        <w:rPr>
          <w:rFonts w:cstheme="majorHAnsi"/>
          <w:color w:val="F79646" w:themeColor="accent6"/>
          <w:sz w:val="28"/>
          <w:szCs w:val="28"/>
        </w:rPr>
        <w:t xml:space="preserve"> </w:t>
      </w:r>
    </w:p>
    <w:p w14:paraId="1D91D5F7" w14:textId="77777777" w:rsidR="00496C59" w:rsidRPr="00392C76" w:rsidRDefault="00496C59" w:rsidP="00392C76">
      <w:pPr>
        <w:ind w:left="-567" w:right="-794"/>
        <w:rPr>
          <w:rFonts w:asciiTheme="majorHAnsi" w:hAnsiTheme="majorHAnsi" w:cstheme="majorHAnsi"/>
          <w:iCs/>
          <w:color w:val="000000" w:themeColor="text1"/>
        </w:rPr>
      </w:pPr>
      <w:r w:rsidRPr="00392C76">
        <w:rPr>
          <w:rFonts w:asciiTheme="majorHAnsi" w:hAnsiTheme="majorHAnsi" w:cstheme="majorHAnsi"/>
          <w:iCs/>
          <w:color w:val="000000" w:themeColor="text1"/>
        </w:rPr>
        <w:t>Are any new financial sources applied for and/or guaranteed for the continuation of the project?</w:t>
      </w:r>
    </w:p>
    <w:p w14:paraId="7ECA36A0" w14:textId="77777777" w:rsidR="00496C59" w:rsidRPr="00392C76" w:rsidRDefault="00496C59" w:rsidP="00392C76">
      <w:pPr>
        <w:ind w:left="-567" w:right="-794"/>
        <w:rPr>
          <w:rFonts w:asciiTheme="majorHAnsi" w:hAnsiTheme="majorHAnsi" w:cstheme="majorHAnsi"/>
          <w:iCs/>
          <w:color w:val="000000" w:themeColor="text1"/>
        </w:rPr>
      </w:pPr>
      <w:r w:rsidRPr="00392C76">
        <w:rPr>
          <w:rFonts w:asciiTheme="majorHAnsi" w:hAnsiTheme="majorHAnsi" w:cstheme="majorHAnsi"/>
          <w:iCs/>
          <w:color w:val="000000" w:themeColor="text1"/>
        </w:rPr>
        <w:t>If yes, please provide the following information</w:t>
      </w:r>
      <w:r w:rsidR="00286708" w:rsidRPr="00392C76">
        <w:rPr>
          <w:rFonts w:asciiTheme="majorHAnsi" w:hAnsiTheme="majorHAnsi" w:cstheme="majorHAnsi"/>
          <w:iCs/>
          <w:color w:val="000000" w:themeColor="text1"/>
        </w:rPr>
        <w:t xml:space="preserve"> and if applicable, please provide written proof of secured funding.</w:t>
      </w:r>
    </w:p>
    <w:tbl>
      <w:tblPr>
        <w:tblStyle w:val="GridTable4-Accent6"/>
        <w:tblW w:w="9346" w:type="dxa"/>
        <w:tblInd w:w="-572" w:type="dxa"/>
        <w:tblLook w:val="04A0" w:firstRow="1" w:lastRow="0" w:firstColumn="1" w:lastColumn="0" w:noHBand="0" w:noVBand="1"/>
      </w:tblPr>
      <w:tblGrid>
        <w:gridCol w:w="2410"/>
        <w:gridCol w:w="3959"/>
        <w:gridCol w:w="719"/>
        <w:gridCol w:w="2258"/>
      </w:tblGrid>
      <w:tr w:rsidR="00496C59" w14:paraId="0F44F4C8" w14:textId="77777777" w:rsidTr="00C455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E9E866C" w14:textId="77777777" w:rsidR="00496C59" w:rsidRPr="00D871C2" w:rsidRDefault="00496C59" w:rsidP="00C45588">
            <w:pPr>
              <w:spacing w:before="160"/>
              <w:jc w:val="center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D871C2">
              <w:rPr>
                <w:rFonts w:asciiTheme="majorHAnsi" w:hAnsiTheme="majorHAnsi" w:cstheme="majorHAnsi"/>
                <w:caps/>
                <w:sz w:val="21"/>
                <w:szCs w:val="21"/>
              </w:rPr>
              <w:t>Organization / Funder</w:t>
            </w:r>
          </w:p>
        </w:tc>
        <w:tc>
          <w:tcPr>
            <w:tcW w:w="4678" w:type="dxa"/>
            <w:gridSpan w:val="2"/>
            <w:hideMark/>
          </w:tcPr>
          <w:p w14:paraId="12979F19" w14:textId="77777777" w:rsidR="00496C59" w:rsidRPr="00D871C2" w:rsidRDefault="00496C59" w:rsidP="00C45588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D871C2">
              <w:rPr>
                <w:rFonts w:asciiTheme="majorHAnsi" w:hAnsiTheme="majorHAnsi" w:cstheme="majorHAnsi"/>
                <w:caps/>
                <w:sz w:val="21"/>
                <w:szCs w:val="21"/>
              </w:rPr>
              <w:t>Amount (€)</w:t>
            </w:r>
          </w:p>
        </w:tc>
        <w:tc>
          <w:tcPr>
            <w:tcW w:w="2258" w:type="dxa"/>
            <w:hideMark/>
          </w:tcPr>
          <w:p w14:paraId="5DBF4EF5" w14:textId="77777777" w:rsidR="00496C59" w:rsidRPr="00D871C2" w:rsidRDefault="00496C59" w:rsidP="00C45588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D871C2">
              <w:rPr>
                <w:rFonts w:asciiTheme="majorHAnsi" w:hAnsiTheme="majorHAnsi" w:cstheme="majorHAnsi"/>
                <w:caps/>
                <w:sz w:val="21"/>
                <w:szCs w:val="21"/>
              </w:rPr>
              <w:t>Status (Applied / Secured)</w:t>
            </w:r>
          </w:p>
        </w:tc>
      </w:tr>
      <w:tr w:rsidR="00496C59" w:rsidRPr="00625635" w14:paraId="285227AD" w14:textId="77777777" w:rsidTr="00C45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36F6616" w14:textId="77777777" w:rsidR="00496C59" w:rsidRPr="00625635" w:rsidRDefault="00496C59" w:rsidP="00C45588">
            <w:pPr>
              <w:spacing w:line="36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</w:rPr>
            </w:pPr>
          </w:p>
        </w:tc>
        <w:tc>
          <w:tcPr>
            <w:tcW w:w="3959" w:type="dxa"/>
          </w:tcPr>
          <w:p w14:paraId="43AC3422" w14:textId="77777777" w:rsidR="00496C59" w:rsidRPr="00625635" w:rsidRDefault="00496C59" w:rsidP="00C455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2977" w:type="dxa"/>
            <w:gridSpan w:val="2"/>
          </w:tcPr>
          <w:p w14:paraId="4058C389" w14:textId="77777777" w:rsidR="00496C59" w:rsidRPr="00625635" w:rsidRDefault="00496C59" w:rsidP="00C455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</w:tbl>
    <w:p w14:paraId="72C8E792" w14:textId="77777777" w:rsidR="00315225" w:rsidRPr="00CF137B" w:rsidRDefault="00315225" w:rsidP="00315225">
      <w:pPr>
        <w:spacing w:before="120" w:after="0"/>
        <w:ind w:left="-567" w:right="-567"/>
        <w:rPr>
          <w:rFonts w:asciiTheme="majorHAnsi" w:hAnsiTheme="majorHAnsi" w:cstheme="majorHAnsi"/>
          <w:i/>
          <w:color w:val="000000" w:themeColor="text1"/>
        </w:rPr>
      </w:pPr>
      <w:r w:rsidRPr="00CF137B">
        <w:rPr>
          <w:rFonts w:asciiTheme="majorHAnsi" w:hAnsiTheme="majorHAnsi" w:cstheme="majorHAnsi"/>
          <w:i/>
          <w:color w:val="000000" w:themeColor="text1"/>
        </w:rPr>
        <w:t>Add rows if necessary.</w:t>
      </w:r>
    </w:p>
    <w:p w14:paraId="2068B012" w14:textId="77777777" w:rsidR="00496C59" w:rsidRPr="0093344B" w:rsidRDefault="006C56B4" w:rsidP="005E7519">
      <w:pPr>
        <w:pStyle w:val="Heading2"/>
        <w:numPr>
          <w:ilvl w:val="0"/>
          <w:numId w:val="20"/>
        </w:numPr>
        <w:spacing w:before="480"/>
        <w:ind w:right="-567"/>
        <w:rPr>
          <w:rFonts w:cstheme="majorHAnsi"/>
          <w:color w:val="F79646" w:themeColor="accent6"/>
          <w:sz w:val="28"/>
          <w:szCs w:val="28"/>
        </w:rPr>
      </w:pPr>
      <w:bookmarkStart w:id="15" w:name="_Toc219802450"/>
      <w:bookmarkStart w:id="16" w:name="_Toc221272287"/>
      <w:r w:rsidRPr="0093344B">
        <w:rPr>
          <w:rFonts w:cstheme="majorHAnsi"/>
          <w:color w:val="F79646" w:themeColor="accent6"/>
          <w:sz w:val="28"/>
          <w:szCs w:val="28"/>
        </w:rPr>
        <w:t xml:space="preserve"> </w:t>
      </w:r>
      <w:bookmarkStart w:id="17" w:name="_Toc237862514"/>
      <w:r w:rsidR="00496C59" w:rsidRPr="0093344B">
        <w:rPr>
          <w:rFonts w:cstheme="majorHAnsi"/>
          <w:color w:val="F79646" w:themeColor="accent6"/>
          <w:sz w:val="28"/>
          <w:szCs w:val="28"/>
        </w:rPr>
        <w:t>SUSTAINABILITY</w:t>
      </w:r>
      <w:bookmarkEnd w:id="17"/>
      <w:r w:rsidR="00496C59" w:rsidRPr="0093344B">
        <w:rPr>
          <w:rFonts w:cstheme="majorHAnsi"/>
          <w:color w:val="F79646" w:themeColor="accent6"/>
          <w:sz w:val="28"/>
          <w:szCs w:val="28"/>
        </w:rPr>
        <w:t xml:space="preserve"> </w:t>
      </w:r>
    </w:p>
    <w:p w14:paraId="6B3768E5" w14:textId="77777777" w:rsidR="00496C59" w:rsidRPr="009C61D5" w:rsidRDefault="00496C59" w:rsidP="00496C59">
      <w:pPr>
        <w:ind w:left="-567" w:right="-794"/>
        <w:rPr>
          <w:rFonts w:asciiTheme="majorHAnsi" w:hAnsiTheme="majorHAnsi" w:cstheme="majorHAnsi"/>
          <w:iCs/>
          <w:color w:val="000000" w:themeColor="text1"/>
        </w:rPr>
      </w:pPr>
      <w:r w:rsidRPr="009C61D5">
        <w:rPr>
          <w:rFonts w:asciiTheme="majorHAnsi" w:hAnsiTheme="majorHAnsi" w:cstheme="majorHAnsi"/>
          <w:iCs/>
          <w:color w:val="000000" w:themeColor="text1"/>
        </w:rPr>
        <w:t>Describe how the results and benefits of the project will continue after the current Bears in Mind funding period ends.</w:t>
      </w:r>
    </w:p>
    <w:p w14:paraId="47C00889" w14:textId="77777777" w:rsidR="00496C59" w:rsidRPr="009C61D5" w:rsidRDefault="00496C59" w:rsidP="00496C59">
      <w:pPr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9C61D5">
        <w:rPr>
          <w:rFonts w:asciiTheme="majorHAnsi" w:hAnsiTheme="majorHAnsi" w:cstheme="majorHAnsi"/>
          <w:iCs/>
          <w:color w:val="000000" w:themeColor="text1"/>
        </w:rPr>
        <w:t>Please explain how key project outcomes will be maintained or built upon in the future. This may include:</w:t>
      </w:r>
    </w:p>
    <w:p w14:paraId="2D14469D" w14:textId="77777777" w:rsidR="00496C59" w:rsidRPr="00392C76" w:rsidRDefault="00496C59" w:rsidP="00392C76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392C76">
        <w:rPr>
          <w:rFonts w:asciiTheme="majorHAnsi" w:hAnsiTheme="majorHAnsi" w:cstheme="majorHAnsi"/>
        </w:rPr>
        <w:t>Continued involvement of local communities, partners, or institutions</w:t>
      </w:r>
    </w:p>
    <w:p w14:paraId="7DE5BC83" w14:textId="77777777" w:rsidR="00496C59" w:rsidRPr="00392C76" w:rsidRDefault="00496C59" w:rsidP="00392C76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392C76">
        <w:rPr>
          <w:rFonts w:asciiTheme="majorHAnsi" w:hAnsiTheme="majorHAnsi" w:cstheme="majorHAnsi"/>
        </w:rPr>
        <w:t>Maintenance of monitoring systems, conservation actions, or equipment established during the project</w:t>
      </w:r>
    </w:p>
    <w:p w14:paraId="717DF8BB" w14:textId="77777777" w:rsidR="00496C59" w:rsidRPr="00392C76" w:rsidRDefault="00496C59" w:rsidP="00392C76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392C76">
        <w:rPr>
          <w:rFonts w:asciiTheme="majorHAnsi" w:hAnsiTheme="majorHAnsi" w:cstheme="majorHAnsi"/>
        </w:rPr>
        <w:t>Integration of project results into local management, policy, or institutional practices</w:t>
      </w:r>
    </w:p>
    <w:p w14:paraId="08BC039D" w14:textId="77777777" w:rsidR="00496C59" w:rsidRPr="00392C76" w:rsidRDefault="00496C59" w:rsidP="00392C76">
      <w:pPr>
        <w:pStyle w:val="ListParagraph"/>
        <w:numPr>
          <w:ilvl w:val="0"/>
          <w:numId w:val="26"/>
        </w:numPr>
        <w:rPr>
          <w:rFonts w:asciiTheme="majorHAnsi" w:hAnsiTheme="majorHAnsi" w:cstheme="majorHAnsi"/>
        </w:rPr>
      </w:pPr>
      <w:r w:rsidRPr="00392C76">
        <w:rPr>
          <w:rFonts w:asciiTheme="majorHAnsi" w:hAnsiTheme="majorHAnsi" w:cstheme="majorHAnsi"/>
        </w:rPr>
        <w:t>Opportunities to scale up or replicate the project in other areas</w:t>
      </w:r>
    </w:p>
    <w:p w14:paraId="2FE3643F" w14:textId="77777777" w:rsidR="00496C59" w:rsidRDefault="00496C59" w:rsidP="00496C59">
      <w:pPr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9C61D5">
        <w:rPr>
          <w:rFonts w:asciiTheme="majorHAnsi" w:hAnsiTheme="majorHAnsi" w:cstheme="majorHAnsi"/>
          <w:iCs/>
          <w:color w:val="000000" w:themeColor="text1"/>
        </w:rPr>
        <w:lastRenderedPageBreak/>
        <w:t>Applicants should focus on how the project’s impact will continue after the current grant period ends, even if additional funding is not secured.</w:t>
      </w:r>
    </w:p>
    <w:p w14:paraId="41897FEE" w14:textId="77777777" w:rsidR="006C56B4" w:rsidRPr="0093344B" w:rsidRDefault="00496C59" w:rsidP="005E7519">
      <w:pPr>
        <w:pStyle w:val="Heading2"/>
        <w:numPr>
          <w:ilvl w:val="0"/>
          <w:numId w:val="20"/>
        </w:numPr>
        <w:spacing w:before="480"/>
        <w:ind w:right="-567"/>
        <w:rPr>
          <w:rFonts w:cstheme="majorHAnsi"/>
          <w:color w:val="F79646" w:themeColor="accent6"/>
          <w:sz w:val="28"/>
          <w:szCs w:val="28"/>
        </w:rPr>
      </w:pPr>
      <w:r w:rsidRPr="0093344B">
        <w:rPr>
          <w:rFonts w:cstheme="majorHAnsi"/>
          <w:color w:val="F79646" w:themeColor="accent6"/>
          <w:sz w:val="28"/>
          <w:szCs w:val="28"/>
        </w:rPr>
        <w:t xml:space="preserve"> </w:t>
      </w:r>
      <w:bookmarkStart w:id="18" w:name="_Toc237862515"/>
      <w:r w:rsidR="006C56B4" w:rsidRPr="0093344B">
        <w:rPr>
          <w:rFonts w:cstheme="majorHAnsi"/>
          <w:color w:val="F79646" w:themeColor="accent6"/>
          <w:sz w:val="28"/>
          <w:szCs w:val="28"/>
        </w:rPr>
        <w:t>SIGNATURES</w:t>
      </w:r>
      <w:bookmarkEnd w:id="18"/>
      <w:r w:rsidR="006C56B4" w:rsidRPr="0093344B">
        <w:rPr>
          <w:rFonts w:cstheme="majorHAnsi"/>
          <w:color w:val="F79646" w:themeColor="accent6"/>
          <w:sz w:val="28"/>
          <w:szCs w:val="28"/>
        </w:rPr>
        <w:t xml:space="preserve"> </w:t>
      </w:r>
    </w:p>
    <w:p w14:paraId="52FDAC65" w14:textId="77777777" w:rsidR="006C56B4" w:rsidRPr="006C56B4" w:rsidRDefault="006C56B4" w:rsidP="006C56B4">
      <w:pPr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6C56B4">
        <w:rPr>
          <w:rFonts w:asciiTheme="majorHAnsi" w:hAnsiTheme="majorHAnsi" w:cstheme="majorHAnsi"/>
          <w:b/>
          <w:bCs/>
          <w:iCs/>
          <w:color w:val="000000" w:themeColor="text1"/>
        </w:rPr>
        <w:t>Project Leader</w:t>
      </w:r>
      <w:r w:rsidRPr="006C56B4">
        <w:rPr>
          <w:rFonts w:asciiTheme="majorHAnsi" w:hAnsiTheme="majorHAnsi" w:cstheme="majorHAnsi"/>
          <w:iCs/>
          <w:color w:val="000000" w:themeColor="text1"/>
        </w:rPr>
        <w:br/>
        <w:t>Name:</w:t>
      </w:r>
      <w:r w:rsidRPr="006C56B4">
        <w:rPr>
          <w:rFonts w:asciiTheme="majorHAnsi" w:hAnsiTheme="majorHAnsi" w:cstheme="majorHAnsi"/>
          <w:iCs/>
          <w:color w:val="000000" w:themeColor="text1"/>
        </w:rPr>
        <w:br/>
        <w:t>Signature:</w:t>
      </w:r>
      <w:r w:rsidRPr="006C56B4">
        <w:rPr>
          <w:rFonts w:asciiTheme="majorHAnsi" w:hAnsiTheme="majorHAnsi" w:cstheme="majorHAnsi"/>
          <w:iCs/>
          <w:color w:val="000000" w:themeColor="text1"/>
        </w:rPr>
        <w:br/>
        <w:t>Date:</w:t>
      </w:r>
    </w:p>
    <w:p w14:paraId="68CB7DD9" w14:textId="77777777" w:rsidR="006C56B4" w:rsidRPr="006C56B4" w:rsidRDefault="006C56B4" w:rsidP="006C56B4">
      <w:pPr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6C56B4">
        <w:rPr>
          <w:rFonts w:asciiTheme="majorHAnsi" w:hAnsiTheme="majorHAnsi" w:cstheme="majorHAnsi"/>
          <w:b/>
          <w:bCs/>
          <w:iCs/>
          <w:color w:val="000000" w:themeColor="text1"/>
        </w:rPr>
        <w:t>Institution / Organization Representative</w:t>
      </w:r>
      <w:r w:rsidRPr="006C56B4">
        <w:rPr>
          <w:rFonts w:asciiTheme="majorHAnsi" w:hAnsiTheme="majorHAnsi" w:cstheme="majorHAnsi"/>
          <w:iCs/>
          <w:color w:val="000000" w:themeColor="text1"/>
        </w:rPr>
        <w:br/>
        <w:t>Name:</w:t>
      </w:r>
      <w:r w:rsidRPr="006C56B4">
        <w:rPr>
          <w:rFonts w:asciiTheme="majorHAnsi" w:hAnsiTheme="majorHAnsi" w:cstheme="majorHAnsi"/>
          <w:iCs/>
          <w:color w:val="000000" w:themeColor="text1"/>
        </w:rPr>
        <w:br/>
        <w:t>Signature:</w:t>
      </w:r>
      <w:r w:rsidRPr="006C56B4">
        <w:rPr>
          <w:rFonts w:asciiTheme="majorHAnsi" w:hAnsiTheme="majorHAnsi" w:cstheme="majorHAnsi"/>
          <w:iCs/>
          <w:color w:val="000000" w:themeColor="text1"/>
        </w:rPr>
        <w:br/>
        <w:t>Date:</w:t>
      </w:r>
    </w:p>
    <w:p w14:paraId="61A7E1E5" w14:textId="382F71F0" w:rsidR="000738B7" w:rsidRPr="0043120B" w:rsidRDefault="00542C06" w:rsidP="00542C06">
      <w:pPr>
        <w:pStyle w:val="Heading2"/>
        <w:numPr>
          <w:ilvl w:val="0"/>
          <w:numId w:val="20"/>
        </w:numPr>
        <w:spacing w:before="480"/>
        <w:ind w:right="-567"/>
        <w:rPr>
          <w:rFonts w:cstheme="majorHAnsi"/>
          <w:color w:val="F79646" w:themeColor="accent6"/>
          <w:sz w:val="28"/>
          <w:szCs w:val="28"/>
        </w:rPr>
      </w:pPr>
      <w:r>
        <w:rPr>
          <w:rFonts w:cstheme="majorHAnsi"/>
          <w:color w:val="F79646" w:themeColor="accent6"/>
          <w:sz w:val="28"/>
          <w:szCs w:val="28"/>
        </w:rPr>
        <w:t xml:space="preserve"> </w:t>
      </w:r>
      <w:bookmarkStart w:id="19" w:name="_Toc237862516"/>
      <w:r w:rsidR="004520DD" w:rsidRPr="0043120B">
        <w:rPr>
          <w:rFonts w:cstheme="majorHAnsi"/>
          <w:color w:val="F79646" w:themeColor="accent6"/>
          <w:sz w:val="28"/>
          <w:szCs w:val="28"/>
        </w:rPr>
        <w:t>ANNEXES (OPTIONAL)</w:t>
      </w:r>
      <w:bookmarkEnd w:id="15"/>
      <w:bookmarkEnd w:id="16"/>
      <w:bookmarkEnd w:id="19"/>
    </w:p>
    <w:p w14:paraId="0091F5E5" w14:textId="77777777" w:rsidR="00A91E8D" w:rsidRDefault="0062472E" w:rsidP="00A91E8D">
      <w:pPr>
        <w:ind w:left="-567" w:right="-567"/>
        <w:rPr>
          <w:rFonts w:asciiTheme="majorHAnsi" w:hAnsiTheme="majorHAnsi" w:cstheme="majorHAnsi"/>
          <w:i/>
          <w:color w:val="000000" w:themeColor="text1"/>
          <w:rtl/>
        </w:rPr>
      </w:pPr>
      <w:r w:rsidRPr="0062472E">
        <w:rPr>
          <w:rFonts w:asciiTheme="majorHAnsi" w:hAnsiTheme="majorHAnsi" w:cstheme="majorHAnsi"/>
          <w:i/>
          <w:color w:val="000000" w:themeColor="text1"/>
        </w:rPr>
        <w:t>The following annexes may be submitted to support and complement the report, where relevant. Annexes should be clearly labelled and referenced in the main text where appropriate.</w:t>
      </w:r>
    </w:p>
    <w:p w14:paraId="7A9314A6" w14:textId="77777777" w:rsidR="006C56B4" w:rsidRDefault="00242E3B" w:rsidP="006C56B4">
      <w:pPr>
        <w:pStyle w:val="ListParagraph"/>
        <w:numPr>
          <w:ilvl w:val="0"/>
          <w:numId w:val="19"/>
        </w:numPr>
        <w:ind w:left="-564" w:right="-567"/>
        <w:rPr>
          <w:rFonts w:asciiTheme="majorHAnsi" w:hAnsiTheme="majorHAnsi" w:cstheme="majorHAnsi"/>
          <w:b/>
          <w:bCs/>
          <w:i/>
          <w:color w:val="000000" w:themeColor="text1"/>
        </w:rPr>
      </w:pPr>
      <w:r w:rsidRPr="00242E3B">
        <w:rPr>
          <w:rFonts w:asciiTheme="majorHAnsi" w:hAnsiTheme="majorHAnsi" w:cstheme="majorHAnsi"/>
          <w:b/>
          <w:bCs/>
          <w:i/>
          <w:color w:val="000000" w:themeColor="text1"/>
        </w:rPr>
        <w:t xml:space="preserve">Annex 1 </w:t>
      </w:r>
      <w:r w:rsidR="006C56B4" w:rsidRPr="00242E3B">
        <w:rPr>
          <w:rFonts w:asciiTheme="majorHAnsi" w:hAnsiTheme="majorHAnsi" w:cstheme="majorHAnsi"/>
          <w:b/>
          <w:bCs/>
          <w:i/>
          <w:color w:val="000000" w:themeColor="text1"/>
        </w:rPr>
        <w:t xml:space="preserve">– </w:t>
      </w:r>
      <w:r w:rsidR="006C56B4" w:rsidRPr="00F24805">
        <w:rPr>
          <w:rFonts w:asciiTheme="majorHAnsi" w:hAnsiTheme="majorHAnsi" w:cstheme="majorHAnsi"/>
          <w:b/>
          <w:bCs/>
          <w:i/>
          <w:color w:val="000000" w:themeColor="text1"/>
        </w:rPr>
        <w:t>Publications and Outputs</w:t>
      </w:r>
    </w:p>
    <w:p w14:paraId="778C28ED" w14:textId="77777777" w:rsidR="006C56B4" w:rsidRDefault="006C56B4" w:rsidP="006C56B4">
      <w:pPr>
        <w:pStyle w:val="ListParagraph"/>
        <w:ind w:left="-564" w:right="-624"/>
        <w:rPr>
          <w:rFonts w:asciiTheme="majorHAnsi" w:hAnsiTheme="majorHAnsi" w:cstheme="majorHAnsi"/>
        </w:rPr>
      </w:pPr>
      <w:r w:rsidRPr="00A91E8D">
        <w:rPr>
          <w:rFonts w:asciiTheme="majorHAnsi" w:hAnsiTheme="majorHAnsi" w:cstheme="majorHAnsi"/>
        </w:rPr>
        <w:t>Reports, scientific publications, presentations, training materials, educational tools, or other output</w:t>
      </w:r>
      <w:r>
        <w:rPr>
          <w:rFonts w:asciiTheme="majorHAnsi" w:hAnsiTheme="majorHAnsi" w:cstheme="majorHAnsi"/>
        </w:rPr>
        <w:t xml:space="preserve"> </w:t>
      </w:r>
      <w:r w:rsidRPr="00A91E8D">
        <w:rPr>
          <w:rFonts w:asciiTheme="majorHAnsi" w:hAnsiTheme="majorHAnsi" w:cstheme="majorHAnsi"/>
        </w:rPr>
        <w:t>produced</w:t>
      </w:r>
    </w:p>
    <w:p w14:paraId="570B04CE" w14:textId="77777777" w:rsidR="00F24805" w:rsidRPr="006C56B4" w:rsidRDefault="006C56B4" w:rsidP="006C56B4">
      <w:pPr>
        <w:pStyle w:val="ListParagraph"/>
        <w:spacing w:line="360" w:lineRule="auto"/>
        <w:ind w:left="-564" w:right="-624"/>
        <w:rPr>
          <w:rFonts w:asciiTheme="majorHAnsi" w:hAnsiTheme="majorHAnsi" w:cstheme="majorHAnsi"/>
        </w:rPr>
      </w:pPr>
      <w:r w:rsidRPr="00A91E8D">
        <w:rPr>
          <w:rFonts w:asciiTheme="majorHAnsi" w:hAnsiTheme="majorHAnsi" w:cstheme="majorHAnsi"/>
        </w:rPr>
        <w:t>through the project.</w:t>
      </w:r>
    </w:p>
    <w:p w14:paraId="5CC444A7" w14:textId="77777777" w:rsidR="006C56B4" w:rsidRDefault="00242E3B" w:rsidP="006C56B4">
      <w:pPr>
        <w:pStyle w:val="ListParagraph"/>
        <w:numPr>
          <w:ilvl w:val="0"/>
          <w:numId w:val="19"/>
        </w:numPr>
        <w:ind w:left="-564" w:right="-567"/>
        <w:rPr>
          <w:rFonts w:asciiTheme="majorHAnsi" w:hAnsiTheme="majorHAnsi" w:cstheme="majorHAnsi"/>
          <w:b/>
          <w:bCs/>
          <w:i/>
          <w:color w:val="000000" w:themeColor="text1"/>
        </w:rPr>
      </w:pPr>
      <w:r w:rsidRPr="00242E3B">
        <w:rPr>
          <w:rFonts w:asciiTheme="majorHAnsi" w:hAnsiTheme="majorHAnsi" w:cstheme="majorHAnsi"/>
          <w:b/>
          <w:bCs/>
          <w:i/>
          <w:color w:val="000000" w:themeColor="text1"/>
        </w:rPr>
        <w:t xml:space="preserve">Annex </w:t>
      </w:r>
      <w:r>
        <w:rPr>
          <w:rFonts w:asciiTheme="majorHAnsi" w:hAnsiTheme="majorHAnsi" w:cstheme="majorHAnsi"/>
          <w:b/>
          <w:bCs/>
          <w:i/>
          <w:color w:val="000000" w:themeColor="text1"/>
        </w:rPr>
        <w:t>2</w:t>
      </w:r>
      <w:r w:rsidRPr="00242E3B">
        <w:rPr>
          <w:rFonts w:asciiTheme="majorHAnsi" w:hAnsiTheme="majorHAnsi" w:cstheme="majorHAnsi"/>
          <w:b/>
          <w:bCs/>
          <w:i/>
          <w:color w:val="000000" w:themeColor="text1"/>
        </w:rPr>
        <w:t xml:space="preserve"> </w:t>
      </w:r>
      <w:r w:rsidR="006C56B4" w:rsidRPr="00242E3B">
        <w:rPr>
          <w:rFonts w:asciiTheme="majorHAnsi" w:hAnsiTheme="majorHAnsi" w:cstheme="majorHAnsi"/>
          <w:b/>
          <w:bCs/>
          <w:i/>
          <w:color w:val="000000" w:themeColor="text1"/>
        </w:rPr>
        <w:t xml:space="preserve">– </w:t>
      </w:r>
      <w:r w:rsidR="006C56B4" w:rsidRPr="00F24805">
        <w:rPr>
          <w:rFonts w:asciiTheme="majorHAnsi" w:hAnsiTheme="majorHAnsi" w:cstheme="majorHAnsi"/>
          <w:b/>
          <w:bCs/>
          <w:i/>
          <w:color w:val="000000" w:themeColor="text1"/>
        </w:rPr>
        <w:t>Visual Documentation</w:t>
      </w:r>
    </w:p>
    <w:p w14:paraId="708A9122" w14:textId="77777777" w:rsidR="00BF22DB" w:rsidRPr="006C56B4" w:rsidRDefault="006C56B4" w:rsidP="006C56B4">
      <w:pPr>
        <w:pStyle w:val="ListParagraph"/>
        <w:spacing w:line="360" w:lineRule="auto"/>
        <w:ind w:left="-564" w:right="-567"/>
        <w:rPr>
          <w:rFonts w:asciiTheme="majorHAnsi" w:hAnsiTheme="majorHAnsi" w:cstheme="majorHAnsi"/>
          <w:b/>
          <w:bCs/>
          <w:i/>
          <w:color w:val="000000" w:themeColor="text1"/>
        </w:rPr>
      </w:pPr>
      <w:r w:rsidRPr="00A91E8D">
        <w:rPr>
          <w:rFonts w:asciiTheme="majorHAnsi" w:hAnsiTheme="majorHAnsi" w:cstheme="majorHAnsi"/>
        </w:rPr>
        <w:t>Photographs with captions and credits, maps of the project area, or other relevant visual material.</w:t>
      </w:r>
    </w:p>
    <w:p w14:paraId="0EEEB6B9" w14:textId="77777777" w:rsidR="006C56B4" w:rsidRDefault="00242E3B" w:rsidP="006C56B4">
      <w:pPr>
        <w:pStyle w:val="ListParagraph"/>
        <w:numPr>
          <w:ilvl w:val="0"/>
          <w:numId w:val="19"/>
        </w:numPr>
        <w:ind w:left="-564" w:right="-567"/>
        <w:rPr>
          <w:rFonts w:asciiTheme="majorHAnsi" w:hAnsiTheme="majorHAnsi" w:cstheme="majorHAnsi"/>
          <w:b/>
          <w:bCs/>
          <w:i/>
          <w:color w:val="000000" w:themeColor="text1"/>
        </w:rPr>
      </w:pPr>
      <w:r w:rsidRPr="00242E3B">
        <w:rPr>
          <w:rFonts w:asciiTheme="majorHAnsi" w:hAnsiTheme="majorHAnsi" w:cstheme="majorHAnsi"/>
          <w:b/>
          <w:bCs/>
          <w:i/>
          <w:color w:val="000000" w:themeColor="text1"/>
        </w:rPr>
        <w:t xml:space="preserve">Annex </w:t>
      </w:r>
      <w:r>
        <w:rPr>
          <w:rFonts w:asciiTheme="majorHAnsi" w:hAnsiTheme="majorHAnsi" w:cstheme="majorHAnsi"/>
          <w:b/>
          <w:bCs/>
          <w:i/>
          <w:color w:val="000000" w:themeColor="text1"/>
        </w:rPr>
        <w:t>3</w:t>
      </w:r>
      <w:r w:rsidRPr="00242E3B">
        <w:rPr>
          <w:rFonts w:asciiTheme="majorHAnsi" w:hAnsiTheme="majorHAnsi" w:cstheme="majorHAnsi"/>
          <w:b/>
          <w:bCs/>
          <w:i/>
          <w:color w:val="000000" w:themeColor="text1"/>
        </w:rPr>
        <w:t xml:space="preserve"> </w:t>
      </w:r>
      <w:r w:rsidR="006C56B4" w:rsidRPr="00242E3B">
        <w:rPr>
          <w:rFonts w:asciiTheme="majorHAnsi" w:hAnsiTheme="majorHAnsi" w:cstheme="majorHAnsi"/>
          <w:b/>
          <w:bCs/>
          <w:i/>
          <w:color w:val="000000" w:themeColor="text1"/>
        </w:rPr>
        <w:t xml:space="preserve">– </w:t>
      </w:r>
      <w:r w:rsidR="006C56B4" w:rsidRPr="00F24805">
        <w:rPr>
          <w:rFonts w:asciiTheme="majorHAnsi" w:hAnsiTheme="majorHAnsi" w:cstheme="majorHAnsi"/>
          <w:b/>
          <w:bCs/>
          <w:i/>
          <w:color w:val="000000" w:themeColor="text1"/>
        </w:rPr>
        <w:t>Additional Data and Supporting Materials</w:t>
      </w:r>
    </w:p>
    <w:p w14:paraId="76E483F0" w14:textId="77777777" w:rsidR="00F24805" w:rsidRPr="006C56B4" w:rsidRDefault="006C56B4" w:rsidP="006C56B4">
      <w:pPr>
        <w:pStyle w:val="ListParagraph"/>
        <w:spacing w:line="360" w:lineRule="auto"/>
        <w:ind w:left="-564" w:right="-567"/>
        <w:rPr>
          <w:rFonts w:asciiTheme="majorHAnsi" w:hAnsiTheme="majorHAnsi" w:cstheme="majorHAnsi"/>
          <w:b/>
          <w:bCs/>
          <w:i/>
          <w:color w:val="000000" w:themeColor="text1"/>
        </w:rPr>
      </w:pPr>
      <w:r w:rsidRPr="00A91E8D">
        <w:rPr>
          <w:rFonts w:asciiTheme="majorHAnsi" w:hAnsiTheme="majorHAnsi" w:cstheme="majorHAnsi"/>
        </w:rPr>
        <w:t>Monitoring data, survey or interview templates, datasets, or other supporting documentation.</w:t>
      </w:r>
    </w:p>
    <w:p w14:paraId="37A678E3" w14:textId="77777777" w:rsidR="006C56B4" w:rsidRDefault="00242E3B" w:rsidP="006C56B4">
      <w:pPr>
        <w:pStyle w:val="ListParagraph"/>
        <w:numPr>
          <w:ilvl w:val="0"/>
          <w:numId w:val="19"/>
        </w:numPr>
        <w:ind w:left="-564" w:right="-567"/>
        <w:rPr>
          <w:rFonts w:asciiTheme="majorHAnsi" w:hAnsiTheme="majorHAnsi" w:cstheme="majorHAnsi"/>
          <w:b/>
          <w:bCs/>
          <w:i/>
          <w:color w:val="000000" w:themeColor="text1"/>
        </w:rPr>
      </w:pPr>
      <w:r w:rsidRPr="00242E3B">
        <w:rPr>
          <w:rFonts w:asciiTheme="majorHAnsi" w:hAnsiTheme="majorHAnsi" w:cstheme="majorHAnsi"/>
          <w:b/>
          <w:bCs/>
          <w:i/>
          <w:color w:val="000000" w:themeColor="text1"/>
        </w:rPr>
        <w:t xml:space="preserve">Annex </w:t>
      </w:r>
      <w:r>
        <w:rPr>
          <w:rFonts w:asciiTheme="majorHAnsi" w:hAnsiTheme="majorHAnsi" w:cstheme="majorHAnsi"/>
          <w:b/>
          <w:bCs/>
          <w:i/>
          <w:color w:val="000000" w:themeColor="text1"/>
        </w:rPr>
        <w:t>4</w:t>
      </w:r>
      <w:r w:rsidRPr="00242E3B">
        <w:rPr>
          <w:rFonts w:asciiTheme="majorHAnsi" w:hAnsiTheme="majorHAnsi" w:cstheme="majorHAnsi"/>
          <w:b/>
          <w:bCs/>
          <w:i/>
          <w:color w:val="000000" w:themeColor="text1"/>
        </w:rPr>
        <w:t xml:space="preserve"> </w:t>
      </w:r>
      <w:r w:rsidR="006C56B4" w:rsidRPr="00242E3B">
        <w:rPr>
          <w:rFonts w:asciiTheme="majorHAnsi" w:hAnsiTheme="majorHAnsi" w:cstheme="majorHAnsi"/>
          <w:b/>
          <w:bCs/>
          <w:i/>
          <w:color w:val="000000" w:themeColor="text1"/>
        </w:rPr>
        <w:t xml:space="preserve">– </w:t>
      </w:r>
      <w:r w:rsidR="006C56B4" w:rsidRPr="00F24805">
        <w:rPr>
          <w:rFonts w:asciiTheme="majorHAnsi" w:hAnsiTheme="majorHAnsi" w:cstheme="majorHAnsi"/>
          <w:b/>
          <w:bCs/>
          <w:i/>
          <w:color w:val="000000" w:themeColor="text1"/>
        </w:rPr>
        <w:t>References</w:t>
      </w:r>
    </w:p>
    <w:p w14:paraId="0878691F" w14:textId="77777777" w:rsidR="002048FB" w:rsidRDefault="006C56B4" w:rsidP="006C56B4">
      <w:pPr>
        <w:pStyle w:val="ListParagraph"/>
        <w:spacing w:line="360" w:lineRule="auto"/>
        <w:ind w:left="-564" w:right="-567"/>
        <w:rPr>
          <w:rFonts w:asciiTheme="majorHAnsi" w:hAnsiTheme="majorHAnsi" w:cstheme="majorHAnsi"/>
          <w:b/>
          <w:bCs/>
          <w:iCs/>
          <w:color w:val="000000" w:themeColor="text1"/>
        </w:rPr>
      </w:pPr>
      <w:r w:rsidRPr="002048FB">
        <w:rPr>
          <w:rFonts w:asciiTheme="majorHAnsi" w:hAnsiTheme="majorHAnsi" w:cstheme="majorHAnsi"/>
        </w:rPr>
        <w:t>Supplementary references</w:t>
      </w:r>
      <w:r>
        <w:rPr>
          <w:rFonts w:asciiTheme="majorHAnsi" w:hAnsiTheme="majorHAnsi" w:cstheme="majorHAnsi"/>
        </w:rPr>
        <w:t>/</w:t>
      </w:r>
      <w:r w:rsidRPr="002048FB">
        <w:rPr>
          <w:rFonts w:asciiTheme="majorHAnsi" w:hAnsiTheme="majorHAnsi" w:cstheme="majorHAnsi"/>
        </w:rPr>
        <w:t>data sources</w:t>
      </w:r>
      <w:r w:rsidR="00242E3B" w:rsidRPr="006C56B4">
        <w:rPr>
          <w:rFonts w:asciiTheme="majorHAnsi" w:hAnsiTheme="majorHAnsi" w:cstheme="majorHAnsi"/>
          <w:b/>
          <w:bCs/>
          <w:i/>
          <w:color w:val="000000" w:themeColor="text1"/>
        </w:rPr>
        <w:t xml:space="preserve"> </w:t>
      </w:r>
    </w:p>
    <w:p w14:paraId="71E82A44" w14:textId="77777777" w:rsidR="00576932" w:rsidRDefault="00576932" w:rsidP="00576932"/>
    <w:p w14:paraId="121989FE" w14:textId="124E29FF" w:rsidR="00576932" w:rsidRPr="008B7BBF" w:rsidRDefault="00576932" w:rsidP="00576932">
      <w:pPr>
        <w:pStyle w:val="ListParagraph"/>
        <w:spacing w:line="360" w:lineRule="auto"/>
        <w:ind w:left="-564" w:right="-56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Please email the </w:t>
      </w:r>
      <w:r w:rsidRPr="00B85F8E">
        <w:rPr>
          <w:rFonts w:asciiTheme="majorHAnsi" w:hAnsiTheme="majorHAnsi" w:cstheme="majorHAnsi"/>
          <w:u w:val="single"/>
        </w:rPr>
        <w:t>completed</w:t>
      </w:r>
      <w:r>
        <w:rPr>
          <w:rFonts w:asciiTheme="majorHAnsi" w:hAnsiTheme="majorHAnsi" w:cstheme="majorHAnsi"/>
        </w:rPr>
        <w:t xml:space="preserve"> </w:t>
      </w:r>
      <w:r w:rsidR="00CF137B">
        <w:rPr>
          <w:rFonts w:asciiTheme="majorHAnsi" w:hAnsiTheme="majorHAnsi" w:cstheme="majorHAnsi"/>
        </w:rPr>
        <w:t>P</w:t>
      </w:r>
      <w:r>
        <w:rPr>
          <w:rFonts w:asciiTheme="majorHAnsi" w:hAnsiTheme="majorHAnsi" w:cstheme="majorHAnsi"/>
        </w:rPr>
        <w:t xml:space="preserve">roject </w:t>
      </w:r>
      <w:r w:rsidR="00CF137B">
        <w:rPr>
          <w:rFonts w:asciiTheme="majorHAnsi" w:hAnsiTheme="majorHAnsi" w:cstheme="majorHAnsi"/>
        </w:rPr>
        <w:t>E</w:t>
      </w:r>
      <w:r>
        <w:rPr>
          <w:rFonts w:asciiTheme="majorHAnsi" w:hAnsiTheme="majorHAnsi" w:cstheme="majorHAnsi"/>
        </w:rPr>
        <w:t>valuation</w:t>
      </w:r>
      <w:r w:rsidR="00E75D78">
        <w:rPr>
          <w:rFonts w:asciiTheme="majorHAnsi" w:hAnsiTheme="majorHAnsi" w:cstheme="majorHAnsi"/>
        </w:rPr>
        <w:t xml:space="preserve"> &amp; </w:t>
      </w:r>
      <w:r w:rsidR="00CF137B">
        <w:rPr>
          <w:rFonts w:asciiTheme="majorHAnsi" w:hAnsiTheme="majorHAnsi" w:cstheme="majorHAnsi"/>
        </w:rPr>
        <w:t>C</w:t>
      </w:r>
      <w:r w:rsidR="00E75D78">
        <w:rPr>
          <w:rFonts w:asciiTheme="majorHAnsi" w:hAnsiTheme="majorHAnsi" w:cstheme="majorHAnsi"/>
        </w:rPr>
        <w:t>ontinuation</w:t>
      </w:r>
      <w:r>
        <w:rPr>
          <w:rFonts w:asciiTheme="majorHAnsi" w:hAnsiTheme="majorHAnsi" w:cstheme="majorHAnsi"/>
        </w:rPr>
        <w:t xml:space="preserve"> form to</w:t>
      </w:r>
      <w:r w:rsidR="00CF137B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hyperlink r:id="rId12" w:history="1">
        <w:r w:rsidRPr="00B85F8E">
          <w:rPr>
            <w:rStyle w:val="Hyperlink"/>
            <w:rFonts w:asciiTheme="majorHAnsi" w:hAnsiTheme="majorHAnsi" w:cstheme="majorHAnsi"/>
            <w:b/>
            <w:bCs/>
          </w:rPr>
          <w:t>projects@bearsinmind.org</w:t>
        </w:r>
      </w:hyperlink>
      <w:r>
        <w:rPr>
          <w:rFonts w:asciiTheme="majorHAnsi" w:hAnsiTheme="majorHAnsi" w:cstheme="majorHAnsi"/>
        </w:rPr>
        <w:t xml:space="preserve">  </w:t>
      </w:r>
    </w:p>
    <w:p w14:paraId="3D055EFB" w14:textId="77777777" w:rsidR="00576932" w:rsidRPr="00576932" w:rsidRDefault="00576932" w:rsidP="00576932"/>
    <w:sectPr w:rsidR="00576932" w:rsidRPr="00576932" w:rsidSect="00E13668">
      <w:footerReference w:type="even" r:id="rId13"/>
      <w:footerReference w:type="default" r:id="rId14"/>
      <w:pgSz w:w="12240" w:h="15840"/>
      <w:pgMar w:top="1440" w:right="1800" w:bottom="1440" w:left="1800" w:header="720" w:footer="45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BBEDE" w14:textId="77777777" w:rsidR="007D69D8" w:rsidRDefault="007D69D8" w:rsidP="000F2AA0">
      <w:pPr>
        <w:spacing w:after="0" w:line="240" w:lineRule="auto"/>
      </w:pPr>
      <w:r>
        <w:separator/>
      </w:r>
    </w:p>
  </w:endnote>
  <w:endnote w:type="continuationSeparator" w:id="0">
    <w:p w14:paraId="761FDC2A" w14:textId="77777777" w:rsidR="007D69D8" w:rsidRDefault="007D69D8" w:rsidP="000F2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450670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A8D8EC" w14:textId="77777777" w:rsidR="00E13668" w:rsidRDefault="00E13668" w:rsidP="00D8469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048FB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6073538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96D4E4" w14:textId="77777777" w:rsidR="000F2AA0" w:rsidRDefault="000F2AA0" w:rsidP="00E13668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048FB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1071F749" w14:textId="77777777" w:rsidR="000F2AA0" w:rsidRDefault="000F2AA0" w:rsidP="000F2A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087928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88A380" w14:textId="77777777" w:rsidR="00E13668" w:rsidRDefault="00E13668" w:rsidP="00D8469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AF54FF9" w14:textId="77777777" w:rsidR="000F2AA0" w:rsidRDefault="000F2AA0" w:rsidP="000F2AA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877A1" w14:textId="77777777" w:rsidR="007D69D8" w:rsidRDefault="007D69D8" w:rsidP="000F2AA0">
      <w:pPr>
        <w:spacing w:after="0" w:line="240" w:lineRule="auto"/>
      </w:pPr>
      <w:r>
        <w:separator/>
      </w:r>
    </w:p>
  </w:footnote>
  <w:footnote w:type="continuationSeparator" w:id="0">
    <w:p w14:paraId="04E66F32" w14:textId="77777777" w:rsidR="007D69D8" w:rsidRDefault="007D69D8" w:rsidP="000F2A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92225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E4175CC"/>
    <w:multiLevelType w:val="hybridMultilevel"/>
    <w:tmpl w:val="C3F05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E738D"/>
    <w:multiLevelType w:val="hybridMultilevel"/>
    <w:tmpl w:val="5DA27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F65F7"/>
    <w:multiLevelType w:val="hybridMultilevel"/>
    <w:tmpl w:val="E4680D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461AFF"/>
    <w:multiLevelType w:val="hybridMultilevel"/>
    <w:tmpl w:val="99A270C2"/>
    <w:lvl w:ilvl="0" w:tplc="57D2976A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F5175"/>
    <w:multiLevelType w:val="hybridMultilevel"/>
    <w:tmpl w:val="03F04E88"/>
    <w:lvl w:ilvl="0" w:tplc="0DB64C5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144D0"/>
    <w:multiLevelType w:val="hybridMultilevel"/>
    <w:tmpl w:val="3D52C8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53034"/>
    <w:multiLevelType w:val="hybridMultilevel"/>
    <w:tmpl w:val="1494C7EA"/>
    <w:lvl w:ilvl="0" w:tplc="0DB64C5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E397C"/>
    <w:multiLevelType w:val="hybridMultilevel"/>
    <w:tmpl w:val="FE9C2E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900155"/>
    <w:multiLevelType w:val="hybridMultilevel"/>
    <w:tmpl w:val="A43C1B68"/>
    <w:lvl w:ilvl="0" w:tplc="0DB64C50">
      <w:numFmt w:val="bullet"/>
      <w:lvlText w:val="•"/>
      <w:lvlJc w:val="left"/>
      <w:pPr>
        <w:ind w:left="153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44B17FA2"/>
    <w:multiLevelType w:val="multilevel"/>
    <w:tmpl w:val="610E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331963"/>
    <w:multiLevelType w:val="hybridMultilevel"/>
    <w:tmpl w:val="4D424F4A"/>
    <w:lvl w:ilvl="0" w:tplc="0DB64C5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20859"/>
    <w:multiLevelType w:val="hybridMultilevel"/>
    <w:tmpl w:val="23CA4C36"/>
    <w:lvl w:ilvl="0" w:tplc="8884B0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5C06115C"/>
    <w:multiLevelType w:val="multilevel"/>
    <w:tmpl w:val="53F0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00229D"/>
    <w:multiLevelType w:val="multilevel"/>
    <w:tmpl w:val="536A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A559C3"/>
    <w:multiLevelType w:val="multilevel"/>
    <w:tmpl w:val="CF30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321788"/>
    <w:multiLevelType w:val="hybridMultilevel"/>
    <w:tmpl w:val="BDD64CE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304512531">
    <w:abstractNumId w:val="8"/>
  </w:num>
  <w:num w:numId="2" w16cid:durableId="1531918928">
    <w:abstractNumId w:val="6"/>
  </w:num>
  <w:num w:numId="3" w16cid:durableId="214515182">
    <w:abstractNumId w:val="5"/>
  </w:num>
  <w:num w:numId="4" w16cid:durableId="657461070">
    <w:abstractNumId w:val="4"/>
  </w:num>
  <w:num w:numId="5" w16cid:durableId="803886489">
    <w:abstractNumId w:val="7"/>
  </w:num>
  <w:num w:numId="6" w16cid:durableId="89326047">
    <w:abstractNumId w:val="3"/>
  </w:num>
  <w:num w:numId="7" w16cid:durableId="1592929414">
    <w:abstractNumId w:val="2"/>
  </w:num>
  <w:num w:numId="8" w16cid:durableId="1630474965">
    <w:abstractNumId w:val="1"/>
  </w:num>
  <w:num w:numId="9" w16cid:durableId="1335184029">
    <w:abstractNumId w:val="0"/>
  </w:num>
  <w:num w:numId="10" w16cid:durableId="1357539238">
    <w:abstractNumId w:val="10"/>
  </w:num>
  <w:num w:numId="11" w16cid:durableId="1999918139">
    <w:abstractNumId w:val="12"/>
  </w:num>
  <w:num w:numId="12" w16cid:durableId="1317880245">
    <w:abstractNumId w:val="11"/>
  </w:num>
  <w:num w:numId="13" w16cid:durableId="1516311079">
    <w:abstractNumId w:val="14"/>
  </w:num>
  <w:num w:numId="14" w16cid:durableId="1406564278">
    <w:abstractNumId w:val="20"/>
  </w:num>
  <w:num w:numId="15" w16cid:durableId="1558931140">
    <w:abstractNumId w:val="13"/>
  </w:num>
  <w:num w:numId="16" w16cid:durableId="1530340715">
    <w:abstractNumId w:val="16"/>
  </w:num>
  <w:num w:numId="17" w16cid:durableId="1942299662">
    <w:abstractNumId w:val="15"/>
  </w:num>
  <w:num w:numId="18" w16cid:durableId="472337611">
    <w:abstractNumId w:val="18"/>
  </w:num>
  <w:num w:numId="19" w16cid:durableId="1074165330">
    <w:abstractNumId w:val="25"/>
  </w:num>
  <w:num w:numId="20" w16cid:durableId="1598948670">
    <w:abstractNumId w:val="21"/>
  </w:num>
  <w:num w:numId="21" w16cid:durableId="150102625">
    <w:abstractNumId w:val="24"/>
  </w:num>
  <w:num w:numId="22" w16cid:durableId="331028563">
    <w:abstractNumId w:val="22"/>
  </w:num>
  <w:num w:numId="23" w16cid:durableId="606624006">
    <w:abstractNumId w:val="19"/>
  </w:num>
  <w:num w:numId="24" w16cid:durableId="1551528671">
    <w:abstractNumId w:val="23"/>
  </w:num>
  <w:num w:numId="25" w16cid:durableId="1340738767">
    <w:abstractNumId w:val="9"/>
  </w:num>
  <w:num w:numId="26" w16cid:durableId="18217757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90F"/>
    <w:rsid w:val="00034616"/>
    <w:rsid w:val="0006063C"/>
    <w:rsid w:val="000641AA"/>
    <w:rsid w:val="000738B7"/>
    <w:rsid w:val="00081BA2"/>
    <w:rsid w:val="000D047E"/>
    <w:rsid w:val="000D2360"/>
    <w:rsid w:val="000F2AA0"/>
    <w:rsid w:val="000F2F6C"/>
    <w:rsid w:val="00101539"/>
    <w:rsid w:val="0015074B"/>
    <w:rsid w:val="001566AE"/>
    <w:rsid w:val="0015775A"/>
    <w:rsid w:val="00196398"/>
    <w:rsid w:val="001A4EAB"/>
    <w:rsid w:val="001E631B"/>
    <w:rsid w:val="002048FB"/>
    <w:rsid w:val="002137A0"/>
    <w:rsid w:val="0022732F"/>
    <w:rsid w:val="00230A0F"/>
    <w:rsid w:val="00242E3B"/>
    <w:rsid w:val="00255EAB"/>
    <w:rsid w:val="00256949"/>
    <w:rsid w:val="00267C39"/>
    <w:rsid w:val="00277452"/>
    <w:rsid w:val="00284E3D"/>
    <w:rsid w:val="00286708"/>
    <w:rsid w:val="0029639D"/>
    <w:rsid w:val="002D0CC5"/>
    <w:rsid w:val="00310C42"/>
    <w:rsid w:val="00315225"/>
    <w:rsid w:val="00326F90"/>
    <w:rsid w:val="00392C76"/>
    <w:rsid w:val="003A2FE4"/>
    <w:rsid w:val="003C746B"/>
    <w:rsid w:val="003F7E9F"/>
    <w:rsid w:val="004004C5"/>
    <w:rsid w:val="004172C6"/>
    <w:rsid w:val="0043120B"/>
    <w:rsid w:val="00444334"/>
    <w:rsid w:val="00445DC8"/>
    <w:rsid w:val="00450862"/>
    <w:rsid w:val="004520DD"/>
    <w:rsid w:val="00496C59"/>
    <w:rsid w:val="00497873"/>
    <w:rsid w:val="004A5D66"/>
    <w:rsid w:val="004C53A9"/>
    <w:rsid w:val="00542C06"/>
    <w:rsid w:val="005600C4"/>
    <w:rsid w:val="00560416"/>
    <w:rsid w:val="00576932"/>
    <w:rsid w:val="00595435"/>
    <w:rsid w:val="005B3D21"/>
    <w:rsid w:val="005D0C11"/>
    <w:rsid w:val="005E7519"/>
    <w:rsid w:val="005F02F8"/>
    <w:rsid w:val="005F5437"/>
    <w:rsid w:val="0062472E"/>
    <w:rsid w:val="006368B3"/>
    <w:rsid w:val="0064351A"/>
    <w:rsid w:val="006501E9"/>
    <w:rsid w:val="00661420"/>
    <w:rsid w:val="006755E5"/>
    <w:rsid w:val="00684C2E"/>
    <w:rsid w:val="006C1EAA"/>
    <w:rsid w:val="006C56B4"/>
    <w:rsid w:val="006E5D6C"/>
    <w:rsid w:val="007219C1"/>
    <w:rsid w:val="007366B1"/>
    <w:rsid w:val="00737B3C"/>
    <w:rsid w:val="00764712"/>
    <w:rsid w:val="0078725B"/>
    <w:rsid w:val="007A0F32"/>
    <w:rsid w:val="007B6009"/>
    <w:rsid w:val="007D69D8"/>
    <w:rsid w:val="007F3DCB"/>
    <w:rsid w:val="00801C8D"/>
    <w:rsid w:val="00805510"/>
    <w:rsid w:val="008825BB"/>
    <w:rsid w:val="008B61DA"/>
    <w:rsid w:val="00910F9F"/>
    <w:rsid w:val="00913EA2"/>
    <w:rsid w:val="0092427B"/>
    <w:rsid w:val="0093344B"/>
    <w:rsid w:val="0093486D"/>
    <w:rsid w:val="00936EDE"/>
    <w:rsid w:val="00966416"/>
    <w:rsid w:val="0097502E"/>
    <w:rsid w:val="009A7A6C"/>
    <w:rsid w:val="009C61D5"/>
    <w:rsid w:val="00A1094B"/>
    <w:rsid w:val="00A63931"/>
    <w:rsid w:val="00A663BD"/>
    <w:rsid w:val="00A82997"/>
    <w:rsid w:val="00A91E8D"/>
    <w:rsid w:val="00AA1D8D"/>
    <w:rsid w:val="00AA422B"/>
    <w:rsid w:val="00AB3AD1"/>
    <w:rsid w:val="00B47730"/>
    <w:rsid w:val="00B755A3"/>
    <w:rsid w:val="00BB700E"/>
    <w:rsid w:val="00BD0F1C"/>
    <w:rsid w:val="00BD37AA"/>
    <w:rsid w:val="00BE3ACE"/>
    <w:rsid w:val="00BF22DB"/>
    <w:rsid w:val="00BF2BFC"/>
    <w:rsid w:val="00C035FA"/>
    <w:rsid w:val="00C078E2"/>
    <w:rsid w:val="00C07C92"/>
    <w:rsid w:val="00C10D16"/>
    <w:rsid w:val="00C20357"/>
    <w:rsid w:val="00C52784"/>
    <w:rsid w:val="00CA348E"/>
    <w:rsid w:val="00CB0664"/>
    <w:rsid w:val="00CC3ED2"/>
    <w:rsid w:val="00CD49E7"/>
    <w:rsid w:val="00CD7072"/>
    <w:rsid w:val="00CE17E0"/>
    <w:rsid w:val="00CF137B"/>
    <w:rsid w:val="00D304BC"/>
    <w:rsid w:val="00D369C2"/>
    <w:rsid w:val="00D55443"/>
    <w:rsid w:val="00D871C2"/>
    <w:rsid w:val="00DB0B68"/>
    <w:rsid w:val="00DD5E9E"/>
    <w:rsid w:val="00DD7DBE"/>
    <w:rsid w:val="00E13668"/>
    <w:rsid w:val="00E30F7A"/>
    <w:rsid w:val="00E432FD"/>
    <w:rsid w:val="00E75D78"/>
    <w:rsid w:val="00E775A6"/>
    <w:rsid w:val="00E8286F"/>
    <w:rsid w:val="00E970A5"/>
    <w:rsid w:val="00E979F3"/>
    <w:rsid w:val="00EA680D"/>
    <w:rsid w:val="00EC7C70"/>
    <w:rsid w:val="00ED289C"/>
    <w:rsid w:val="00F24805"/>
    <w:rsid w:val="00F64F38"/>
    <w:rsid w:val="00F94BAD"/>
    <w:rsid w:val="00FC693F"/>
    <w:rsid w:val="00FD3E89"/>
    <w:rsid w:val="00FD4FCE"/>
    <w:rsid w:val="00FD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42BA8B"/>
  <w14:defaultImageDpi w14:val="300"/>
  <w15:docId w15:val="{57DF6FFE-9FB6-D24D-9490-C3652A58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2D0CC5"/>
    <w:pPr>
      <w:keepNext/>
      <w:keepLines/>
      <w:spacing w:before="720" w:after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D0C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24805"/>
    <w:pPr>
      <w:spacing w:after="80"/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1">
    <w:name w:val="Plain Table 1"/>
    <w:basedOn w:val="TableNormal"/>
    <w:uiPriority w:val="99"/>
    <w:rsid w:val="006C1E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99"/>
    <w:rsid w:val="006C1E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99"/>
    <w:rsid w:val="006C1EA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99"/>
    <w:rsid w:val="006C1E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99"/>
    <w:rsid w:val="00D304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1">
    <w:name w:val="Grid Table 1 Light Accent 1"/>
    <w:basedOn w:val="TableNormal"/>
    <w:uiPriority w:val="46"/>
    <w:rsid w:val="00D304B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DefaultParagraphFont"/>
    <w:rsid w:val="00805510"/>
  </w:style>
  <w:style w:type="paragraph" w:styleId="TOC1">
    <w:name w:val="toc 1"/>
    <w:basedOn w:val="Normal"/>
    <w:next w:val="Normal"/>
    <w:autoRedefine/>
    <w:uiPriority w:val="39"/>
    <w:unhideWhenUsed/>
    <w:rsid w:val="000F2AA0"/>
    <w:pPr>
      <w:spacing w:before="120" w:after="0"/>
    </w:pPr>
    <w:rPr>
      <w:rFonts w:cs="Times New Roman"/>
      <w:b/>
      <w:bCs/>
      <w:i/>
      <w:iCs/>
      <w:sz w:val="24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0F2AA0"/>
    <w:pPr>
      <w:spacing w:before="120" w:after="0"/>
      <w:ind w:left="220"/>
    </w:pPr>
    <w:rPr>
      <w:rFonts w:cs="Times New Roman"/>
      <w:b/>
      <w:bCs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0F2AA0"/>
    <w:pPr>
      <w:spacing w:after="0"/>
      <w:ind w:left="440"/>
    </w:pPr>
    <w:rPr>
      <w:rFonts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5F02F8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F02F8"/>
    <w:pPr>
      <w:spacing w:after="0"/>
      <w:ind w:left="660"/>
    </w:pPr>
    <w:rPr>
      <w:rFonts w:cs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F02F8"/>
    <w:pPr>
      <w:spacing w:after="0"/>
      <w:ind w:left="880"/>
    </w:pPr>
    <w:rPr>
      <w:rFonts w:cs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F02F8"/>
    <w:pPr>
      <w:spacing w:after="0"/>
      <w:ind w:left="1100"/>
    </w:pPr>
    <w:rPr>
      <w:rFonts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F02F8"/>
    <w:pPr>
      <w:spacing w:after="0"/>
      <w:ind w:left="1320"/>
    </w:pPr>
    <w:rPr>
      <w:rFonts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F02F8"/>
    <w:pPr>
      <w:spacing w:after="0"/>
      <w:ind w:left="1540"/>
    </w:pPr>
    <w:rPr>
      <w:rFonts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F02F8"/>
    <w:pPr>
      <w:spacing w:after="0"/>
      <w:ind w:left="1760"/>
    </w:pPr>
    <w:rPr>
      <w:rFonts w:cs="Times New Roman"/>
      <w:sz w:val="20"/>
      <w:szCs w:val="24"/>
    </w:rPr>
  </w:style>
  <w:style w:type="paragraph" w:styleId="NormalWeb">
    <w:name w:val="Normal (Web)"/>
    <w:basedOn w:val="Normal"/>
    <w:uiPriority w:val="99"/>
    <w:semiHidden/>
    <w:unhideWhenUsed/>
    <w:rsid w:val="009A7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AB3AD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B3AD1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B3AD1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AB3AD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B3AD1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0F2AA0"/>
  </w:style>
  <w:style w:type="paragraph" w:customStyle="1" w:styleId="FirstParagraph">
    <w:name w:val="First Paragraph"/>
    <w:basedOn w:val="BodyText"/>
    <w:next w:val="BodyText"/>
    <w:qFormat/>
    <w:rsid w:val="004004C5"/>
    <w:pPr>
      <w:spacing w:before="180" w:after="180" w:line="240" w:lineRule="auto"/>
    </w:pPr>
    <w:rPr>
      <w:rFonts w:eastAsiaTheme="minorHAnsi"/>
      <w:sz w:val="24"/>
      <w:szCs w:val="24"/>
    </w:rPr>
  </w:style>
  <w:style w:type="paragraph" w:customStyle="1" w:styleId="Compact">
    <w:name w:val="Compact"/>
    <w:basedOn w:val="BodyText"/>
    <w:qFormat/>
    <w:rsid w:val="00A1094B"/>
    <w:pPr>
      <w:spacing w:before="36" w:after="36" w:line="240" w:lineRule="auto"/>
    </w:pPr>
    <w:rPr>
      <w:rFonts w:eastAsiaTheme="minorHAnsi"/>
      <w:sz w:val="24"/>
      <w:szCs w:val="24"/>
    </w:rPr>
  </w:style>
  <w:style w:type="table" w:customStyle="1" w:styleId="Table">
    <w:name w:val="Table"/>
    <w:semiHidden/>
    <w:unhideWhenUsed/>
    <w:qFormat/>
    <w:rsid w:val="00A1094B"/>
    <w:pPr>
      <w:spacing w:line="240" w:lineRule="auto"/>
    </w:pPr>
    <w:rPr>
      <w:rFonts w:eastAsiaTheme="minorHAnsi"/>
      <w:sz w:val="24"/>
      <w:szCs w:val="24"/>
      <w:lang w:val="nl-NL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customStyle="1" w:styleId="bzpyqfadein">
    <w:name w:val="bz_pyq_fadein"/>
    <w:basedOn w:val="DefaultParagraphFont"/>
    <w:rsid w:val="00445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3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1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jects@bearsinmind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a9a332-dae5-4230-bd8c-d343bb11af36">
      <Terms xmlns="http://schemas.microsoft.com/office/infopath/2007/PartnerControls"/>
    </lcf76f155ced4ddcb4097134ff3c332f>
    <TaxCatchAll xmlns="7c3bad62-7e1f-424a-b1c2-013acf4caf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AABAC9A2FB884DA257D34991E824CF" ma:contentTypeVersion="20" ma:contentTypeDescription="Een nieuw document maken." ma:contentTypeScope="" ma:versionID="0aaf75cfb19fe332d66f24a1b889dec0">
  <xsd:schema xmlns:xsd="http://www.w3.org/2001/XMLSchema" xmlns:xs="http://www.w3.org/2001/XMLSchema" xmlns:p="http://schemas.microsoft.com/office/2006/metadata/properties" xmlns:ns2="51a9a332-dae5-4230-bd8c-d343bb11af36" xmlns:ns3="7c3bad62-7e1f-424a-b1c2-013acf4cafb3" targetNamespace="http://schemas.microsoft.com/office/2006/metadata/properties" ma:root="true" ma:fieldsID="05ebc53173e8d83b5d263d6293bc8010" ns2:_="" ns3:_="">
    <xsd:import namespace="51a9a332-dae5-4230-bd8c-d343bb11af36"/>
    <xsd:import namespace="7c3bad62-7e1f-424a-b1c2-013acf4ca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9a332-dae5-4230-bd8c-d343bb11a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f9b10d9-8995-49d0-bf10-60a5a79bd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bad62-7e1f-424a-b1c2-013acf4cafb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ff89a81-0be0-4ac6-ba30-aeabbb99cca5}" ma:internalName="TaxCatchAll" ma:showField="CatchAllData" ma:web="7c3bad62-7e1f-424a-b1c2-013acf4ca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39311B-3021-4AD3-B095-E5CBA2ADF0DE}">
  <ds:schemaRefs>
    <ds:schemaRef ds:uri="http://schemas.microsoft.com/office/2006/metadata/properties"/>
    <ds:schemaRef ds:uri="http://schemas.microsoft.com/office/infopath/2007/PartnerControls"/>
    <ds:schemaRef ds:uri="51a9a332-dae5-4230-bd8c-d343bb11af36"/>
    <ds:schemaRef ds:uri="7c3bad62-7e1f-424a-b1c2-013acf4cafb3"/>
  </ds:schemaRefs>
</ds:datastoreItem>
</file>

<file path=customXml/itemProps2.xml><?xml version="1.0" encoding="utf-8"?>
<ds:datastoreItem xmlns:ds="http://schemas.openxmlformats.org/officeDocument/2006/customXml" ds:itemID="{BD76D9BB-CD5F-4FE9-BA50-BD34FD76EA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0BC5A4-8924-4E7D-9FBF-F6C41EED4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9a332-dae5-4230-bd8c-d343bb11af36"/>
    <ds:schemaRef ds:uri="7c3bad62-7e1f-424a-b1c2-013acf4ca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1216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Koen Cuyten | Bears in Mind</cp:lastModifiedBy>
  <cp:revision>44</cp:revision>
  <dcterms:created xsi:type="dcterms:W3CDTF">2026-03-10T10:30:00Z</dcterms:created>
  <dcterms:modified xsi:type="dcterms:W3CDTF">2026-08-20T11:34:00Z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0x01010090AABAC9A2FB884DA257D34991E824CF</vt:lpwstr>
  </property>
  <property fmtid="{D5CDD505-2E9C-101B-9397-08002B2CF9AE}" pid="3" name="MediaServiceImageTags">
    <vt:lpwstr/>
  </property>
</Properties>
</file>